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nil"/>
        </w:pBdr>
      </w:pPr>
      <w:r>
        <w:rPr>
          <w:color w:val="000000"/>
        </w:rPr>
        <w:t>Workshop Attendance Certificate</w:t>
      </w:r>
    </w:p>
    <w:p>
      <w:r>
        <w:t>Complete this certificate only from verified records and have the authorized issuer approve it.</w:t>
      </w:r>
    </w:p>
    <w:p>
      <w:r>
        <w:t>Organization  [Enter details]</w:t>
      </w:r>
    </w:p>
    <w:p>
      <w:r>
        <w:t>Event  [Enter details]</w:t>
      </w:r>
    </w:p>
    <w:p>
      <w:r>
        <w:t>Date  [Enter details]</w:t>
      </w:r>
    </w:p>
    <w:p>
      <w:pPr>
        <w:pStyle w:val="Heading1"/>
      </w:pPr>
      <w:r>
        <w:t>This is to certify</w:t>
      </w:r>
    </w:p>
    <w:p>
      <w:r>
        <w:t>Recipient name</w:t>
        <w:br/>
        <w:t>[Enter verified details]</w:t>
      </w:r>
    </w:p>
    <w:p>
      <w:r>
        <w:t>Attendance period</w:t>
        <w:br/>
        <w:t>[Enter verified details]</w:t>
      </w:r>
    </w:p>
    <w:p>
      <w:r>
        <w:t>Verified hours</w:t>
        <w:br/>
        <w:t>[Enter verified details]</w:t>
      </w:r>
    </w:p>
    <w:p>
      <w:r>
        <w:t>Authorized signature</w:t>
        <w:br/>
        <w:t>[Enter verified details]</w:t>
      </w:r>
    </w:p>
    <w:p>
      <w:r>
        <w:t>Issued by  [Name and title]</w:t>
      </w:r>
    </w:p>
    <w:sectPr w:rsidR="00FC693F" w:rsidRPr="0006063C" w:rsidSect="00034616">
      <w:pgSz w:w="11909" w:h="16834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C596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59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