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/>
        <w:jc w:val="center"/>
      </w:pPr>
      <w:r>
        <w:rPr>
          <w:b w:val="0"/>
          <w:sz w:val="24"/>
        </w:rPr>
        <w:t>[ISSUING ORGANIZATION]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6583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seful-834-monthly-team-impact-award-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58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rPr>
          <w:sz w:val="58"/>
        </w:rPr>
        <w:t>Monthly Team Impact Award</w:t>
      </w:r>
    </w:p>
    <w:p>
      <w:pPr>
        <w:spacing w:after="440" w:before="0"/>
        <w:jc w:val="center"/>
      </w:pPr>
      <w:r>
        <w:rPr>
          <w:b/>
          <w:color w:val="275D58"/>
          <w:sz w:val="52"/>
        </w:rPr>
        <w:t>[Employee full name]</w:t>
      </w:r>
    </w:p>
    <w:p>
      <w:pPr>
        <w:spacing w:after="360" w:before="0"/>
        <w:jc w:val="center"/>
      </w:pPr>
      <w:r>
        <w:rPr>
          <w:b w:val="0"/>
          <w:sz w:val="30"/>
        </w:rPr>
        <w:t>Recognizing [specific contribution and measurable team benefit]</w:t>
      </w:r>
    </w:p>
    <w:p>
      <w:pPr>
        <w:spacing w:after="360" w:before="0"/>
        <w:jc w:val="center"/>
      </w:pPr>
      <w:r>
        <w:rPr>
          <w:b w:val="0"/>
          <w:sz w:val="30"/>
        </w:rPr>
        <w:t>[Month and year] | [Team or department]</w:t>
      </w:r>
    </w:p>
    <w:p>
      <w:pPr>
        <w:spacing w:after="440" w:before="0"/>
        <w:jc w:val="center"/>
      </w:pPr>
      <w:r>
        <w:rPr>
          <w:b w:val="0"/>
          <w:sz w:val="24"/>
        </w:rPr>
        <w:t>[Specific achievement, authority or contribution statement]</w:t>
      </w:r>
    </w:p>
    <w:p>
      <w:pPr>
        <w:spacing w:after="460" w:before="0"/>
        <w:jc w:val="center"/>
      </w:pPr>
      <w:r>
        <w:rPr>
          <w:b w:val="0"/>
          <w:sz w:val="22"/>
        </w:rPr>
        <w:t>Issued [date]     Reference [ID]</w:t>
      </w:r>
    </w:p>
    <w:p>
      <w:pPr>
        <w:spacing w:after="200" w:before="0"/>
        <w:jc w:val="center"/>
      </w:pPr>
      <w:r>
        <w:rPr>
          <w:b w:val="0"/>
          <w:sz w:val="24"/>
        </w:rPr>
        <w:t>[Authorized signature]</w:t>
        <w:br/>
        <w:t>[Issuer name and role]</w:t>
      </w:r>
    </w:p>
    <w:sectPr w:rsidR="00FC693F" w:rsidRPr="0006063C" w:rsidSect="00034616">
      <w:pgSz w:w="15840" w:h="12240"/>
      <w:pgMar w:top="936" w:right="1008" w:bottom="936" w:left="1008" w:header="720" w:footer="720" w:gutter="0"/>
      <w:cols w:space="720"/>
      <w:docGrid w:linePitch="360"/>
      <w:pgBorders w:offsetFrom="page">
        <w:top w:val="single" w:sz="6" w:space="24" w:color="275D58"/>
        <w:left w:val="single" w:sz="6" w:space="24" w:color="275D58"/>
        <w:bottom w:val="single" w:sz="6" w:space="24" w:color="275D58"/>
        <w:right w:val="single" w:sz="6" w:space="24" w:color="275D58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Georgia" w:hAnsi="Georg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Georgia" w:hAnsi="Georg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Georgia" w:hAnsi="Georg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Team Impact Award</dc:title>
  <dc:subject>Monthly Team Impact Award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