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48"/>
        </w:rPr>
        <w:t>Ninety Day Personal Development Plan</w:t>
      </w:r>
    </w:p>
    <w:p>
      <w:pPr>
        <w:spacing w:after="140" w:before="0"/>
        <w:jc w:val="left"/>
      </w:pPr>
      <w:r>
        <w:rPr>
          <w:b w:val="0"/>
        </w:rPr>
        <w:t>Name [name]     Start [date]     Review [date]</w:t>
      </w:r>
    </w:p>
    <w:p>
      <w:pPr>
        <w:pStyle w:val="Heading1"/>
      </w:pPr>
      <w:r>
        <w:t>Outcome to achieve</w:t>
      </w:r>
    </w:p>
    <w:p>
      <w:pPr>
        <w:spacing w:after="200" w:before="0"/>
        <w:jc w:val="left"/>
      </w:pPr>
      <w:r>
        <w:rPr>
          <w:b w:val="0"/>
        </w:rPr>
        <w:t>[specific result and reason]</w:t>
      </w:r>
    </w:p>
    <w:p>
      <w:pPr>
        <w:spacing w:after="60" w:before="0"/>
        <w:jc w:val="left"/>
      </w:pPr>
      <w:r>
        <w:rPr>
          <w:b w:val="0"/>
        </w:rPr>
        <w:t>_______________________________________________________________</w:t>
      </w:r>
    </w:p>
    <w:p>
      <w:pPr>
        <w:pStyle w:val="Heading1"/>
      </w:pPr>
      <w:r>
        <w:t>Current position</w:t>
      </w:r>
    </w:p>
    <w:p>
      <w:pPr>
        <w:spacing w:after="200" w:before="0"/>
        <w:jc w:val="left"/>
      </w:pPr>
      <w:r>
        <w:rPr>
          <w:b w:val="0"/>
        </w:rPr>
        <w:t>[evidence and skills gap]</w:t>
      </w:r>
    </w:p>
    <w:p>
      <w:pPr>
        <w:spacing w:after="60" w:before="0"/>
        <w:jc w:val="left"/>
      </w:pPr>
      <w:r>
        <w:rPr>
          <w:b w:val="0"/>
        </w:rPr>
        <w:t>_______________________________________________________________</w:t>
      </w:r>
    </w:p>
    <w:p>
      <w:pPr>
        <w:pStyle w:val="Heading1"/>
      </w:pPr>
      <w:r>
        <w:t>Learning actions</w:t>
      </w:r>
    </w:p>
    <w:p>
      <w:pPr>
        <w:spacing w:after="200" w:before="0"/>
        <w:jc w:val="left"/>
      </w:pPr>
      <w:r>
        <w:rPr>
          <w:b w:val="0"/>
        </w:rPr>
        <w:t>[activity, resource and weekly time]</w:t>
      </w:r>
    </w:p>
    <w:p>
      <w:pPr>
        <w:spacing w:after="60" w:before="0"/>
        <w:jc w:val="left"/>
      </w:pPr>
      <w:r>
        <w:rPr>
          <w:b w:val="0"/>
        </w:rPr>
        <w:t>_______________________________________________________________</w:t>
      </w:r>
    </w:p>
    <w:p>
      <w:pPr>
        <w:pStyle w:val="Heading1"/>
      </w:pPr>
      <w:r>
        <w:t>Practice opportunity</w:t>
      </w:r>
    </w:p>
    <w:p>
      <w:pPr>
        <w:spacing w:after="200" w:before="0"/>
        <w:jc w:val="left"/>
      </w:pPr>
      <w:r>
        <w:rPr>
          <w:b w:val="0"/>
        </w:rPr>
        <w:t>[task or project to apply the skill]</w:t>
      </w:r>
    </w:p>
    <w:p>
      <w:pPr>
        <w:spacing w:after="60" w:before="0"/>
        <w:jc w:val="left"/>
      </w:pPr>
      <w:r>
        <w:rPr>
          <w:b w:val="0"/>
        </w:rPr>
        <w:t>_______________________________________________________________</w:t>
      </w:r>
    </w:p>
    <w:p>
      <w:pPr>
        <w:pStyle w:val="Heading1"/>
      </w:pPr>
      <w:r>
        <w:t>Progress evidence</w:t>
      </w:r>
    </w:p>
    <w:p>
      <w:pPr>
        <w:spacing w:after="200" w:before="0"/>
        <w:jc w:val="left"/>
      </w:pPr>
      <w:r>
        <w:rPr>
          <w:b w:val="0"/>
        </w:rPr>
        <w:t>[what will demonstrate improvement]</w:t>
      </w:r>
    </w:p>
    <w:p>
      <w:pPr>
        <w:spacing w:after="60" w:before="0"/>
        <w:jc w:val="left"/>
      </w:pPr>
      <w:r>
        <w:rPr>
          <w:b w:val="0"/>
        </w:rPr>
        <w:t>_______________________________________________________________</w:t>
      </w:r>
    </w:p>
    <w:p>
      <w:pPr>
        <w:pStyle w:val="Heading1"/>
      </w:pPr>
      <w:r>
        <w:t>Review record</w:t>
      </w:r>
    </w:p>
    <w:p>
      <w:pPr>
        <w:spacing w:after="200" w:before="0"/>
        <w:jc w:val="left"/>
      </w:pPr>
      <w:r>
        <w:rPr>
          <w:b w:val="0"/>
        </w:rPr>
        <w:t>[date, lesson learned and next adjustment]</w:t>
      </w:r>
    </w:p>
    <w:p>
      <w:pPr>
        <w:spacing w:after="60" w:before="0"/>
        <w:jc w:val="left"/>
      </w:pPr>
      <w:r>
        <w:rPr>
          <w:b w:val="0"/>
        </w:rPr>
        <w:t>_______________________________________________________________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Georgia" w:hAnsi="Georg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Georgia" w:hAnsi="Georg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Georgia" w:hAnsi="Georg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Ninety Day Personal Development Plan</dc:title>
  <dc:subject>Ninety Day Personal Development Plan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