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sz w:val="48"/>
        </w:rPr>
        <w:t>Clinician Medical Certification Form</w:t>
      </w:r>
    </w:p>
    <w:p>
      <w:pPr>
        <w:spacing w:after="140" w:before="0"/>
        <w:jc w:val="left"/>
      </w:pPr>
      <w:r>
        <w:rPr>
          <w:b w:val="0"/>
        </w:rPr>
        <w:t>Practice [name and contact]</w:t>
        <w:br/>
        <w:t>Patient [name or ID]</w:t>
        <w:br/>
        <w:t>Assessment date [date]</w:t>
      </w:r>
    </w:p>
    <w:p>
      <w:pPr>
        <w:pStyle w:val="Heading1"/>
      </w:pPr>
      <w:r>
        <w:t>Purpose and consent</w:t>
      </w:r>
    </w:p>
    <w:p>
      <w:pPr>
        <w:spacing w:after="140" w:before="0"/>
        <w:jc w:val="left"/>
      </w:pPr>
      <w:r>
        <w:rPr>
          <w:b w:val="0"/>
        </w:rPr>
        <w:t>[Record the authorized recipient, permitted disclosure and consent or other applicable basis.]</w:t>
      </w:r>
    </w:p>
    <w:p>
      <w:pPr>
        <w:pStyle w:val="Heading1"/>
      </w:pPr>
      <w:r>
        <w:t>Clinical certification</w:t>
      </w:r>
    </w:p>
    <w:p>
      <w:pPr>
        <w:spacing w:after="140" w:before="0"/>
        <w:jc w:val="left"/>
      </w:pPr>
      <w:r>
        <w:rPr>
          <w:b w:val="0"/>
        </w:rPr>
        <w:t>[The responsible clinician records a factual statement supported by their assessment and records, including relevant dates and any functional restrictions within the requested scope.]</w:t>
      </w:r>
    </w:p>
    <w:p>
      <w:pPr>
        <w:pStyle w:val="Heading1"/>
      </w:pPr>
      <w:r>
        <w:t>Period covered</w:t>
      </w:r>
    </w:p>
    <w:p>
      <w:pPr>
        <w:spacing w:after="140" w:before="0"/>
        <w:jc w:val="left"/>
      </w:pPr>
      <w:r>
        <w:rPr>
          <w:b w:val="0"/>
        </w:rPr>
        <w:t>[Start date, end date or review date, and the basis for this period.]</w:t>
      </w:r>
    </w:p>
    <w:p>
      <w:pPr>
        <w:pStyle w:val="Heading1"/>
      </w:pPr>
      <w:r>
        <w:t>Review and verification</w:t>
      </w:r>
    </w:p>
    <w:p>
      <w:pPr>
        <w:spacing w:after="140" w:before="0"/>
        <w:jc w:val="left"/>
      </w:pPr>
      <w:r>
        <w:rPr>
          <w:b w:val="0"/>
        </w:rPr>
        <w:t>[Clinician name, professional registration where applicable, practice contact, signature and date.]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Clinician Medical Certification Form</dc:title>
  <dc:subject>Clinician Medical Certification Form</dc:subject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