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sz w:val="48"/>
        </w:rPr>
        <w:t>Homework Planning and Review Sheet</w:t>
      </w:r>
    </w:p>
    <w:p>
      <w:pPr>
        <w:spacing w:after="140" w:before="0"/>
        <w:jc w:val="left"/>
      </w:pPr>
      <w:r>
        <w:rPr>
          <w:b w:val="0"/>
        </w:rPr>
        <w:t>Student [name]     Week [dates]</w:t>
      </w:r>
    </w:p>
    <w:p>
      <w:pPr>
        <w:pStyle w:val="Heading1"/>
      </w:pPr>
      <w:r>
        <w:t>Assignments</w:t>
      </w:r>
    </w:p>
    <w:p>
      <w:pPr>
        <w:spacing w:after="200" w:before="0"/>
        <w:jc w:val="left"/>
      </w:pPr>
      <w:r>
        <w:rPr>
          <w:b w:val="0"/>
        </w:rPr>
        <w:t>[subject, task and due date]</w:t>
      </w:r>
    </w:p>
    <w:p>
      <w:pPr>
        <w:spacing w:after="60" w:before="0"/>
        <w:jc w:val="left"/>
      </w:pPr>
      <w:r>
        <w:rPr>
          <w:b w:val="0"/>
        </w:rPr>
        <w:t>_______________________________________________________________</w:t>
      </w:r>
    </w:p>
    <w:p>
      <w:pPr>
        <w:pStyle w:val="Heading1"/>
      </w:pPr>
      <w:r>
        <w:t>Time plan</w:t>
      </w:r>
    </w:p>
    <w:p>
      <w:pPr>
        <w:spacing w:after="200" w:before="0"/>
        <w:jc w:val="left"/>
      </w:pPr>
      <w:r>
        <w:rPr>
          <w:b w:val="0"/>
        </w:rPr>
        <w:t>[estimated work blocks and other commitments]</w:t>
      </w:r>
    </w:p>
    <w:p>
      <w:pPr>
        <w:spacing w:after="60" w:before="0"/>
        <w:jc w:val="left"/>
      </w:pPr>
      <w:r>
        <w:rPr>
          <w:b w:val="0"/>
        </w:rPr>
        <w:t>_______________________________________________________________</w:t>
      </w:r>
    </w:p>
    <w:p>
      <w:pPr>
        <w:pStyle w:val="Heading1"/>
      </w:pPr>
      <w:r>
        <w:t>Materials needed</w:t>
      </w:r>
    </w:p>
    <w:p>
      <w:pPr>
        <w:spacing w:after="200" w:before="0"/>
        <w:jc w:val="left"/>
      </w:pPr>
      <w:r>
        <w:rPr>
          <w:b w:val="0"/>
        </w:rPr>
        <w:t>[books, files or supplies]</w:t>
      </w:r>
    </w:p>
    <w:p>
      <w:pPr>
        <w:spacing w:after="60" w:before="0"/>
        <w:jc w:val="left"/>
      </w:pPr>
      <w:r>
        <w:rPr>
          <w:b w:val="0"/>
        </w:rPr>
        <w:t>_______________________________________________________________</w:t>
      </w:r>
    </w:p>
    <w:p>
      <w:pPr>
        <w:pStyle w:val="Heading1"/>
      </w:pPr>
      <w:r>
        <w:t>Questions to ask</w:t>
      </w:r>
    </w:p>
    <w:p>
      <w:pPr>
        <w:spacing w:after="200" w:before="0"/>
        <w:jc w:val="left"/>
      </w:pPr>
      <w:r>
        <w:rPr>
          <w:b w:val="0"/>
        </w:rPr>
        <w:t>[specific question and teacher or classmate]</w:t>
      </w:r>
    </w:p>
    <w:p>
      <w:pPr>
        <w:spacing w:after="60" w:before="0"/>
        <w:jc w:val="left"/>
      </w:pPr>
      <w:r>
        <w:rPr>
          <w:b w:val="0"/>
        </w:rPr>
        <w:t>_______________________________________________________________</w:t>
      </w:r>
    </w:p>
    <w:p>
      <w:pPr>
        <w:pStyle w:val="Heading1"/>
      </w:pPr>
      <w:r>
        <w:t>Completion check</w:t>
      </w:r>
    </w:p>
    <w:p>
      <w:pPr>
        <w:spacing w:after="200" w:before="0"/>
        <w:jc w:val="left"/>
      </w:pPr>
      <w:r>
        <w:rPr>
          <w:b w:val="0"/>
        </w:rPr>
        <w:t>[work finished, checked and packed]</w:t>
      </w:r>
    </w:p>
    <w:p>
      <w:pPr>
        <w:spacing w:after="60" w:before="0"/>
        <w:jc w:val="left"/>
      </w:pPr>
      <w:r>
        <w:rPr>
          <w:b w:val="0"/>
        </w:rPr>
        <w:t>_______________________________________________________________</w:t>
      </w:r>
    </w:p>
    <w:p>
      <w:pPr>
        <w:pStyle w:val="Heading1"/>
      </w:pPr>
      <w:r>
        <w:t>Reflection</w:t>
      </w:r>
    </w:p>
    <w:p>
      <w:pPr>
        <w:spacing w:after="200" w:before="0"/>
        <w:jc w:val="left"/>
      </w:pPr>
      <w:r>
        <w:rPr>
          <w:b w:val="0"/>
        </w:rPr>
        <w:t>[what helped and what to change next week]</w:t>
      </w:r>
    </w:p>
    <w:p>
      <w:pPr>
        <w:spacing w:after="60" w:before="0"/>
        <w:jc w:val="left"/>
      </w:pPr>
      <w:r>
        <w:rPr>
          <w:b w:val="0"/>
        </w:rPr>
        <w:t>_______________________________________________________________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Georgia" w:hAnsi="Georgia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Georgia" w:hAnsi="Georgia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Georgia" w:hAnsi="Georgia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="Georgia" w:hAnsi="Georgia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Homework Planning and Review Sheet</dc:title>
  <dc:subject>Homework Planning and Review Sheet</dc:subject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