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sz w:val="36"/>
        </w:rPr>
        <w:t>Numbered Raffle Ticket Sheet</w:t>
      </w:r>
    </w:p>
    <w:p>
      <w:pPr>
        <w:spacing w:after="140" w:before="0"/>
        <w:jc w:val="left"/>
      </w:pPr>
      <w:r>
        <w:rPr>
          <w:b w:val="0"/>
        </w:rPr>
        <w:t>Draw [name]     Date [date]     Organizer [name]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rHeight w:val="3312" w:hRule="atLeast"/>
        </w:trPr>
        <w:tc>
          <w:tcPr>
            <w:tcW w:type="dxa" w:w="5040"/>
          </w:tcPr>
          <w:p>
            <w:r>
              <w:rPr>
                <w:b/>
                <w:color w:val="38645A"/>
                <w:sz w:val="26"/>
              </w:rPr>
              <w:t>[EVENT OR DRAW]</w:t>
            </w:r>
          </w:p>
          <w:p>
            <w:r>
              <w:t>[Date and time]</w:t>
              <w:br/>
              <w:t>[Venue or draw details]</w:t>
              <w:br/>
              <w:t>Ticket [unique number]</w:t>
              <w:br/>
              <w:t>[Admission or price]</w:t>
              <w:br/>
              <w:t>[Organizer contact]</w:t>
              <w:br/>
              <w:t>[Terms or rules reference]</w:t>
            </w:r>
          </w:p>
        </w:tc>
        <w:tc>
          <w:tcPr>
            <w:tcW w:type="dxa" w:w="5040"/>
          </w:tcPr>
          <w:p>
            <w:r>
              <w:rPr>
                <w:b/>
                <w:color w:val="38645A"/>
                <w:sz w:val="26"/>
              </w:rPr>
              <w:t>[EVENT OR DRAW]</w:t>
            </w:r>
          </w:p>
          <w:p>
            <w:r>
              <w:t>[Date and time]</w:t>
              <w:br/>
              <w:t>[Venue or draw details]</w:t>
              <w:br/>
              <w:t>Ticket [unique number]</w:t>
              <w:br/>
              <w:t>[Admission or price]</w:t>
              <w:br/>
              <w:t>[Organizer contact]</w:t>
              <w:br/>
              <w:t>[Terms or rules reference]</w:t>
            </w:r>
          </w:p>
        </w:tc>
      </w:tr>
      <w:tr>
        <w:trPr>
          <w:trHeight w:val="3312" w:hRule="atLeast"/>
        </w:trPr>
        <w:tc>
          <w:tcPr>
            <w:tcW w:type="dxa" w:w="5040"/>
          </w:tcPr>
          <w:p>
            <w:r>
              <w:rPr>
                <w:b/>
                <w:color w:val="38645A"/>
                <w:sz w:val="26"/>
              </w:rPr>
              <w:t>[EVENT OR DRAW]</w:t>
            </w:r>
          </w:p>
          <w:p>
            <w:r>
              <w:t>[Date and time]</w:t>
              <w:br/>
              <w:t>[Venue or draw details]</w:t>
              <w:br/>
              <w:t>Ticket [unique number]</w:t>
              <w:br/>
              <w:t>[Admission or price]</w:t>
              <w:br/>
              <w:t>[Organizer contact]</w:t>
              <w:br/>
              <w:t>[Terms or rules reference]</w:t>
            </w:r>
          </w:p>
        </w:tc>
        <w:tc>
          <w:tcPr>
            <w:tcW w:type="dxa" w:w="5040"/>
          </w:tcPr>
          <w:p>
            <w:r>
              <w:rPr>
                <w:b/>
                <w:color w:val="38645A"/>
                <w:sz w:val="26"/>
              </w:rPr>
              <w:t>[EVENT OR DRAW]</w:t>
            </w:r>
          </w:p>
          <w:p>
            <w:r>
              <w:t>[Date and time]</w:t>
              <w:br/>
              <w:t>[Venue or draw details]</w:t>
              <w:br/>
              <w:t>Ticket [unique number]</w:t>
              <w:br/>
              <w:t>[Admission or price]</w:t>
              <w:br/>
              <w:t>[Organizer contact]</w:t>
              <w:br/>
              <w:t>[Terms or rules reference]</w:t>
            </w:r>
          </w:p>
        </w:tc>
      </w:tr>
      <w:tr>
        <w:trPr>
          <w:trHeight w:val="3312" w:hRule="atLeast"/>
        </w:trPr>
        <w:tc>
          <w:tcPr>
            <w:tcW w:type="dxa" w:w="5040"/>
          </w:tcPr>
          <w:p>
            <w:r>
              <w:rPr>
                <w:b/>
                <w:color w:val="38645A"/>
                <w:sz w:val="26"/>
              </w:rPr>
              <w:t>[EVENT OR DRAW]</w:t>
            </w:r>
          </w:p>
          <w:p>
            <w:r>
              <w:t>[Date and time]</w:t>
              <w:br/>
              <w:t>[Venue or draw details]</w:t>
              <w:br/>
              <w:t>Ticket [unique number]</w:t>
              <w:br/>
              <w:t>[Admission or price]</w:t>
              <w:br/>
              <w:t>[Organizer contact]</w:t>
              <w:br/>
              <w:t>[Terms or rules reference]</w:t>
            </w:r>
          </w:p>
        </w:tc>
        <w:tc>
          <w:tcPr>
            <w:tcW w:type="dxa" w:w="5040"/>
          </w:tcPr>
          <w:p>
            <w:r>
              <w:rPr>
                <w:b/>
                <w:color w:val="38645A"/>
                <w:sz w:val="26"/>
              </w:rPr>
              <w:t>[EVENT OR DRAW]</w:t>
            </w:r>
          </w:p>
          <w:p>
            <w:r>
              <w:t>[Date and time]</w:t>
              <w:br/>
              <w:t>[Venue or draw details]</w:t>
              <w:br/>
              <w:t>Ticket [unique number]</w:t>
              <w:br/>
              <w:t>[Admission or price]</w:t>
              <w:br/>
              <w:t>[Organizer contact]</w:t>
              <w:br/>
              <w:t>[Terms or rules reference]</w:t>
            </w:r>
          </w:p>
        </w:tc>
      </w:tr>
    </w:tbl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Georgia" w:hAnsi="Georgia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Georgia" w:hAnsi="Georgia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Georgia" w:hAnsi="Georgia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="Georgia" w:hAnsi="Georgia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Numbered Raffle Ticket Sheet</dc:title>
  <dc:subject>Numbered Raffle Ticket Sheet</dc:subject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