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Employment Salary Confirmation</w:t>
      </w:r>
    </w:p>
    <w:p>
      <w:pPr>
        <w:spacing w:after="140" w:before="0"/>
        <w:jc w:val="left"/>
      </w:pPr>
      <w:r>
        <w:rPr>
          <w:b w:val="0"/>
        </w:rPr>
        <w:t>[Employer name and business contact]</w:t>
        <w:br/>
        <w:t>Date [date]</w:t>
        <w:br/>
        <w:t>Reference [ID]</w:t>
      </w:r>
    </w:p>
    <w:p>
      <w:pPr>
        <w:spacing w:after="140" w:before="0"/>
        <w:jc w:val="left"/>
      </w:pPr>
      <w:r>
        <w:rPr>
          <w:b w:val="0"/>
        </w:rPr>
        <w:t>To [authorized recipient],</w:t>
      </w:r>
    </w:p>
    <w:p>
      <w:pPr>
        <w:spacing w:after="140" w:before="0"/>
        <w:jc w:val="left"/>
      </w:pPr>
      <w:r>
        <w:rPr>
          <w:b w:val="0"/>
        </w:rPr>
        <w:t>This confirms, from our employment records, that [employee full name and ID] is employed as [role] in [department] from [start date], with current employment status [status].</w:t>
      </w:r>
    </w:p>
    <w:p>
      <w:pPr>
        <w:spacing w:after="140" w:before="0"/>
        <w:jc w:val="left"/>
      </w:pPr>
      <w:r>
        <w:rPr>
          <w:b w:val="0"/>
        </w:rPr>
        <w:t>For the pay period or basis [monthly / annual / other], the recorded base salary is [amount and currency]. Regular allowances are [details], giving total stated remuneration of [amount and basis]. Identify any variable or excluded pay as [details].</w:t>
      </w:r>
    </w:p>
    <w:p>
      <w:pPr>
        <w:spacing w:after="140" w:before="0"/>
        <w:jc w:val="left"/>
      </w:pPr>
      <w:r>
        <w:rPr>
          <w:b w:val="0"/>
        </w:rPr>
        <w:t>This confirmation is issued at the employee's request for [purpose]. The details are accurate as of [date] and may be verified through [authorized employer contact].</w:t>
      </w:r>
    </w:p>
    <w:p>
      <w:pPr>
        <w:spacing w:after="140" w:before="0"/>
        <w:jc w:val="left"/>
      </w:pPr>
      <w:r>
        <w:rPr>
          <w:b w:val="0"/>
        </w:rPr>
        <w:t>Authorized by,</w:t>
        <w:br/>
        <w:t>[Name and role]</w:t>
        <w:br/>
        <w:t>[Signature and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mbria" w:hAnsi="Cambr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Salary Confirmation</dc:title>
  <dc:subject>Employment Salary Confirmation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