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sz w:val="50"/>
        </w:rPr>
        <w:t>Family Recipe Card</w:t>
      </w:r>
    </w:p>
    <w:p>
      <w:pPr>
        <w:spacing w:after="140" w:before="0"/>
        <w:jc w:val="left"/>
      </w:pPr>
      <w:r>
        <w:rPr>
          <w:b w:val="0"/>
        </w:rPr>
        <w:t>Recipe [name]     Yield [servings]     Source [family or reference]</w:t>
      </w:r>
    </w:p>
    <w:p>
      <w:pPr>
        <w:pStyle w:val="Heading1"/>
      </w:pPr>
      <w:r>
        <w:t>Ingredients</w:t>
      </w:r>
    </w:p>
    <w:p>
      <w:pPr>
        <w:spacing w:after="240" w:before="0"/>
        <w:jc w:val="left"/>
      </w:pPr>
      <w:r>
        <w:rPr>
          <w:b w:val="0"/>
        </w:rPr>
        <w:t>[Quantity, unit and ingredient]</w:t>
        <w:br/>
        <w:t>[Quantity, unit and ingredient]</w:t>
        <w:br/>
        <w:t>[Quantity, unit and ingredient]</w:t>
      </w:r>
    </w:p>
    <w:p>
      <w:pPr>
        <w:pStyle w:val="Heading1"/>
      </w:pPr>
      <w:r>
        <w:t>Preparation and cooking</w:t>
      </w:r>
    </w:p>
    <w:p>
      <w:pPr>
        <w:spacing w:after="240" w:before="0"/>
        <w:jc w:val="left"/>
      </w:pPr>
      <w:r>
        <w:rPr>
          <w:b w:val="0"/>
        </w:rPr>
        <w:t>Prep time [minutes]     Cook time [minutes]</w:t>
        <w:br/>
        <w:t>1  [Step and timing]</w:t>
        <w:br/>
        <w:t>2  [Step and timing]</w:t>
        <w:br/>
        <w:t>3  [Step and doneness cue]</w:t>
      </w:r>
    </w:p>
    <w:p>
      <w:pPr>
        <w:pStyle w:val="Heading1"/>
      </w:pPr>
      <w:r>
        <w:t>Serving and notes</w:t>
      </w:r>
    </w:p>
    <w:p>
      <w:pPr>
        <w:spacing w:after="240" w:before="0"/>
        <w:jc w:val="left"/>
      </w:pPr>
      <w:r>
        <w:rPr>
          <w:b w:val="0"/>
        </w:rPr>
        <w:t>[Serving suggestion, variations and relevant allergen information]</w:t>
        <w:br/>
        <w:t>[Storage instructions from an appropriate source]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Family Recipe Card</dc:title>
  <dc:subject>Family Recipe Card</dc:subject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