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56"/>
        </w:rPr>
        <w:t>Personal Gift Voucher</w:t>
      </w:r>
    </w:p>
    <w:p>
      <w:pPr>
        <w:spacing w:after="280" w:before="0"/>
        <w:jc w:val="left"/>
      </w:pPr>
      <w:r>
        <w:rPr>
          <w:b/>
          <w:color w:val="5D536B"/>
          <w:sz w:val="36"/>
        </w:rPr>
        <w:t>A gift of [service or experience]</w:t>
      </w:r>
    </w:p>
    <w:p>
      <w:pPr>
        <w:spacing w:after="200" w:before="0"/>
        <w:jc w:val="left"/>
      </w:pPr>
      <w:r>
        <w:rPr>
          <w:b w:val="0"/>
          <w:sz w:val="24"/>
        </w:rPr>
        <w:t>For [recipient] from [sender]</w:t>
      </w:r>
    </w:p>
    <w:p>
      <w:pPr>
        <w:spacing w:after="200" w:before="0"/>
        <w:jc w:val="left"/>
      </w:pPr>
      <w:r>
        <w:rPr>
          <w:b w:val="0"/>
          <w:sz w:val="24"/>
        </w:rPr>
        <w:t>Booking contact [contact] | Voucher [ID]</w:t>
      </w:r>
    </w:p>
    <w:p>
      <w:pPr>
        <w:spacing w:after="140" w:before="0"/>
        <w:jc w:val="left"/>
      </w:pPr>
      <w:r>
        <w:rPr>
          <w:b w:val="0"/>
          <w:sz w:val="22"/>
        </w:rPr>
        <w:t>Reference [ID]     Issued [date]</w:t>
      </w:r>
    </w:p>
    <w:p>
      <w:pPr>
        <w:spacing w:after="600" w:before="0"/>
        <w:jc w:val="left"/>
      </w:pPr>
      <w:r>
        <w:rPr>
          <w:b w:val="0"/>
          <w:sz w:val="20"/>
        </w:rPr>
        <w:t>Redemption terms [expiry, booking, transfer, partial use and exclusions]. Issued by [business and authorized contact].</w:t>
      </w:r>
    </w:p>
    <w:p>
      <w:pPr>
        <w:spacing w:after="560" w:before="0"/>
        <w:jc w:val="left"/>
      </w:pPr>
      <w:r>
        <w:rPr>
          <w:b w:val="0"/>
        </w:rPr>
      </w:r>
    </w:p>
    <w:p>
      <w:pPr>
        <w:pStyle w:val="Title"/>
        <w:jc w:val="left"/>
      </w:pPr>
      <w:r>
        <w:rPr>
          <w:sz w:val="56"/>
        </w:rPr>
        <w:t>Personal Gift Voucher</w:t>
      </w:r>
    </w:p>
    <w:p>
      <w:pPr>
        <w:spacing w:after="280" w:before="0"/>
        <w:jc w:val="left"/>
      </w:pPr>
      <w:r>
        <w:rPr>
          <w:b/>
          <w:color w:val="5D536B"/>
          <w:sz w:val="36"/>
        </w:rPr>
        <w:t>A gift of [service or experience]</w:t>
      </w:r>
    </w:p>
    <w:p>
      <w:pPr>
        <w:spacing w:after="200" w:before="0"/>
        <w:jc w:val="left"/>
      </w:pPr>
      <w:r>
        <w:rPr>
          <w:b w:val="0"/>
          <w:sz w:val="24"/>
        </w:rPr>
        <w:t>For [recipient] from [sender]</w:t>
      </w:r>
    </w:p>
    <w:p>
      <w:pPr>
        <w:spacing w:after="200" w:before="0"/>
        <w:jc w:val="left"/>
      </w:pPr>
      <w:r>
        <w:rPr>
          <w:b w:val="0"/>
          <w:sz w:val="24"/>
        </w:rPr>
        <w:t>Booking contact [contact] | Voucher [ID]</w:t>
      </w:r>
    </w:p>
    <w:p>
      <w:pPr>
        <w:spacing w:after="140" w:before="0"/>
        <w:jc w:val="left"/>
      </w:pPr>
      <w:r>
        <w:rPr>
          <w:b w:val="0"/>
          <w:sz w:val="22"/>
        </w:rPr>
        <w:t>Reference [ID]     Issued [date]</w:t>
      </w:r>
    </w:p>
    <w:p>
      <w:pPr>
        <w:spacing w:after="600" w:before="0"/>
        <w:jc w:val="left"/>
      </w:pPr>
      <w:r>
        <w:rPr>
          <w:b w:val="0"/>
          <w:sz w:val="20"/>
        </w:rPr>
        <w:t>Redemption terms [expiry, booking, transfer, partial use and exclusions]. Issued by [business and authorized contact].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mbria" w:hAnsi="Cambr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Cambria" w:hAnsi="Cambr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mbria" w:hAnsi="Cambr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Cambria" w:hAnsi="Cambr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Gift Voucher</dc:title>
  <dc:subject>Personal Gift Voucher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