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sz w:val="50"/>
        </w:rPr>
        <w:t>Mixed Format Classroom Quiz</w:t>
      </w:r>
    </w:p>
    <w:p>
      <w:pPr>
        <w:spacing w:after="140" w:before="0"/>
        <w:jc w:val="left"/>
      </w:pPr>
      <w:r>
        <w:rPr>
          <w:b w:val="0"/>
        </w:rPr>
        <w:t>Name [name]     Class [class]     Date [date]</w:t>
      </w:r>
    </w:p>
    <w:p>
      <w:pPr>
        <w:spacing w:after="140" w:before="0"/>
        <w:jc w:val="left"/>
      </w:pPr>
      <w:r>
        <w:rPr>
          <w:b w:val="0"/>
        </w:rPr>
        <w:t>Instructions [time allowed, marks and permitted resources]</w:t>
      </w:r>
    </w:p>
    <w:p>
      <w:pPr>
        <w:pStyle w:val="Heading1"/>
      </w:pPr>
      <w:r>
        <w:t>Question 1   [marks]</w:t>
      </w:r>
    </w:p>
    <w:p>
      <w:pPr>
        <w:spacing w:after="140" w:before="0"/>
        <w:jc w:val="left"/>
      </w:pPr>
      <w:r>
        <w:rPr>
          <w:b w:val="0"/>
        </w:rPr>
        <w:t>[Question prompt]</w:t>
        <w:br/>
        <w:t>[Answer choices or response space]</w:t>
        <w:br/>
        <w:t>_______________________________________________________________</w:t>
      </w:r>
    </w:p>
    <w:p>
      <w:pPr>
        <w:pStyle w:val="Heading1"/>
      </w:pPr>
      <w:r>
        <w:t>Question 2   [marks]</w:t>
      </w:r>
    </w:p>
    <w:p>
      <w:pPr>
        <w:spacing w:after="140" w:before="0"/>
        <w:jc w:val="left"/>
      </w:pPr>
      <w:r>
        <w:rPr>
          <w:b w:val="0"/>
        </w:rPr>
        <w:t>[Question prompt]</w:t>
        <w:br/>
        <w:t>[Answer choices or response space]</w:t>
        <w:br/>
        <w:t>_______________________________________________________________</w:t>
      </w:r>
    </w:p>
    <w:p>
      <w:pPr>
        <w:pStyle w:val="Heading1"/>
      </w:pPr>
      <w:r>
        <w:t>Question 3   [marks]</w:t>
      </w:r>
    </w:p>
    <w:p>
      <w:pPr>
        <w:spacing w:after="140" w:before="0"/>
        <w:jc w:val="left"/>
      </w:pPr>
      <w:r>
        <w:rPr>
          <w:b w:val="0"/>
        </w:rPr>
        <w:t>[Question prompt]</w:t>
        <w:br/>
        <w:t>[Answer choices or response space]</w:t>
        <w:br/>
        <w:t>_______________________________________________________________</w:t>
      </w:r>
    </w:p>
    <w:p>
      <w:pPr>
        <w:pStyle w:val="Heading1"/>
      </w:pPr>
      <w:r>
        <w:t>Question 4   [marks]</w:t>
      </w:r>
    </w:p>
    <w:p>
      <w:pPr>
        <w:spacing w:after="140" w:before="0"/>
        <w:jc w:val="left"/>
      </w:pPr>
      <w:r>
        <w:rPr>
          <w:b w:val="0"/>
        </w:rPr>
        <w:t>[Question prompt]</w:t>
        <w:br/>
        <w:t>[Answer choices or response space]</w:t>
        <w:br/>
        <w:t>_______________________________________________________________</w:t>
      </w:r>
    </w:p>
    <w:p>
      <w:pPr>
        <w:pStyle w:val="Heading1"/>
      </w:pPr>
      <w:r>
        <w:t>Question 5   [marks]</w:t>
      </w:r>
    </w:p>
    <w:p>
      <w:pPr>
        <w:spacing w:after="140" w:before="0"/>
        <w:jc w:val="left"/>
      </w:pPr>
      <w:r>
        <w:rPr>
          <w:b w:val="0"/>
        </w:rPr>
        <w:t>[Question prompt]</w:t>
        <w:br/>
        <w:t>[Answer choices or response space]</w:t>
        <w:br/>
        <w:t>_______________________________________________________________</w:t>
      </w:r>
    </w:p>
    <w:p>
      <w:r>
        <w:br w:type="page"/>
      </w:r>
    </w:p>
    <w:p>
      <w:pPr>
        <w:pStyle w:val="Title"/>
        <w:jc w:val="left"/>
      </w:pPr>
      <w:r>
        <w:rPr>
          <w:sz w:val="50"/>
        </w:rPr>
        <w:t>Teacher Answer Key</w:t>
      </w:r>
    </w:p>
    <w:p>
      <w:pPr>
        <w:spacing w:after="140" w:before="0"/>
        <w:jc w:val="left"/>
      </w:pPr>
      <w:r>
        <w:rPr>
          <w:b w:val="0"/>
        </w:rPr>
        <w:t>Keep this page separate from student copies.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/>
        </w:trPr>
        <w:tc>
          <w:tcPr>
            <w:tcW w:type="dxa" w:w="3160"/>
            <w:shd w:fill="3F52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2788"/>
            <w:shd w:fill="3F52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Expected answer</w:t>
            </w:r>
          </w:p>
        </w:tc>
        <w:tc>
          <w:tcPr>
            <w:tcW w:type="dxa" w:w="4275"/>
            <w:shd w:fill="3F527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rPr>
                <w:b/>
                <w:color w:val="FFFFFF"/>
              </w:rPr>
              <w:t>Marks and marking notes</w:t>
            </w:r>
          </w:p>
        </w:tc>
      </w:tr>
      <w:tr>
        <w:tc>
          <w:tcPr>
            <w:tcW w:type="dxa" w:w="3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1</w:t>
            </w:r>
          </w:p>
        </w:tc>
        <w:tc>
          <w:tcPr>
            <w:tcW w:type="dxa" w:w="27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[Answer]</w:t>
            </w:r>
          </w:p>
        </w:tc>
        <w:tc>
          <w:tcPr>
            <w:tcW w:type="dxa" w:w="427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[Criteria and partial credit]</w:t>
            </w:r>
          </w:p>
        </w:tc>
      </w:tr>
      <w:tr>
        <w:tc>
          <w:tcPr>
            <w:tcW w:type="dxa" w:w="3160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2</w:t>
            </w:r>
          </w:p>
        </w:tc>
        <w:tc>
          <w:tcPr>
            <w:tcW w:type="dxa" w:w="278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[Answer]</w:t>
            </w:r>
          </w:p>
        </w:tc>
        <w:tc>
          <w:tcPr>
            <w:tcW w:type="dxa" w:w="4275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[Criteria and partial credit]</w:t>
            </w:r>
          </w:p>
        </w:tc>
      </w:tr>
      <w:tr>
        <w:tc>
          <w:tcPr>
            <w:tcW w:type="dxa" w:w="3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3</w:t>
            </w:r>
          </w:p>
        </w:tc>
        <w:tc>
          <w:tcPr>
            <w:tcW w:type="dxa" w:w="27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[Answer]</w:t>
            </w:r>
          </w:p>
        </w:tc>
        <w:tc>
          <w:tcPr>
            <w:tcW w:type="dxa" w:w="427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[Criteria and partial credit]</w:t>
            </w:r>
          </w:p>
        </w:tc>
      </w:tr>
      <w:tr>
        <w:tc>
          <w:tcPr>
            <w:tcW w:type="dxa" w:w="3160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4</w:t>
            </w:r>
          </w:p>
        </w:tc>
        <w:tc>
          <w:tcPr>
            <w:tcW w:type="dxa" w:w="2788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[Answer]</w:t>
            </w:r>
          </w:p>
        </w:tc>
        <w:tc>
          <w:tcPr>
            <w:tcW w:type="dxa" w:w="4275"/>
            <w:shd w:fill="F3F5F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[Criteria and partial credit]</w:t>
            </w:r>
          </w:p>
        </w:tc>
      </w:tr>
      <w:tr>
        <w:tc>
          <w:tcPr>
            <w:tcW w:type="dxa" w:w="31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5</w:t>
            </w:r>
          </w:p>
        </w:tc>
        <w:tc>
          <w:tcPr>
            <w:tcW w:type="dxa" w:w="2788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[Answer]</w:t>
            </w:r>
          </w:p>
        </w:tc>
        <w:tc>
          <w:tcPr>
            <w:tcW w:type="dxa" w:w="427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>
            <w:pPr>
              <w:spacing w:after="60" w:before="60"/>
            </w:pPr>
            <w:r>
              <w:t>[Criteria and partial credit]</w:t>
            </w:r>
          </w:p>
        </w:tc>
      </w:tr>
    </w:tbl>
    <w:sectPr w:rsidR="00FC693F" w:rsidRPr="0006063C" w:rsidSect="00034616"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Georgia" w:hAnsi="Georgia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="Georgia" w:hAnsi="Georgia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Georgia" w:hAnsi="Georgia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="Georgia" w:hAnsi="Georgia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Mixed Format Classroom Quiz</dc:title>
  <dc:subject>Mixed Format Classroom Quiz</dc:subject>
  <dc:creator>Sample Templates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