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Room by Room Cleaning Checklist</w:t>
      </w:r>
    </w:p>
    <w:p>
      <w:pPr>
        <w:spacing w:after="140" w:before="0"/>
        <w:jc w:val="left"/>
      </w:pPr>
      <w:r>
        <w:rPr>
          <w:b w:val="0"/>
        </w:rPr>
        <w:t>Location [name]     Week [dates]     Coordinator [name]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65"/>
        <w:gridCol w:w="2765"/>
        <w:gridCol w:w="2765"/>
        <w:gridCol w:w="2765"/>
        <w:gridCol w:w="2765"/>
      </w:tblGrid>
      <w:tr>
        <w:trPr>
          <w:tblHeader/>
        </w:trPr>
        <w:tc>
          <w:tcPr>
            <w:tcW w:type="dxa" w:w="3672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Room or zone</w:t>
            </w:r>
          </w:p>
        </w:tc>
        <w:tc>
          <w:tcPr>
            <w:tcW w:type="dxa" w:w="2808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Cleaning task</w:t>
            </w:r>
          </w:p>
        </w:tc>
        <w:tc>
          <w:tcPr>
            <w:tcW w:type="dxa" w:w="2376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Frequency</w:t>
            </w:r>
          </w:p>
        </w:tc>
        <w:tc>
          <w:tcPr>
            <w:tcW w:type="dxa" w:w="2592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Completed by</w:t>
            </w:r>
          </w:p>
        </w:tc>
        <w:tc>
          <w:tcPr>
            <w:tcW w:type="dxa" w:w="2376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Checked on</w:t>
            </w:r>
          </w:p>
        </w:tc>
      </w:tr>
      <w:tr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[Room or zone]</w:t>
            </w:r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[Cleaning task]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[Frequency]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[Completed by]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[Checked on]</w:t>
            </w:r>
          </w:p>
        </w:tc>
      </w:tr>
      <w:tr>
        <w:tc>
          <w:tcPr>
            <w:tcW w:type="dxa" w:w="367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</w:tbl>
    <w:p>
      <w:pPr>
        <w:spacing w:after="140" w:before="200"/>
        <w:jc w:val="left"/>
      </w:pPr>
      <w:r>
        <w:rPr>
          <w:b w:val="0"/>
          <w:sz w:val="20"/>
        </w:rPr>
        <w:t>List the agreed method or product reference when needed. Record completion dates so recurring tasks can be reviewed.</w:t>
      </w:r>
    </w:p>
    <w:p>
      <w:pPr>
        <w:spacing w:after="140" w:before="0"/>
        <w:jc w:val="left"/>
      </w:pPr>
      <w:r>
        <w:rPr>
          <w:b w:val="0"/>
          <w:sz w:val="20"/>
        </w:rPr>
        <w:t>Review date [date]     Updated by [name]     Follow up [action]</w:t>
      </w:r>
    </w:p>
    <w:sectPr w:rsidR="00FC693F" w:rsidRPr="0006063C" w:rsidSect="00034616">
      <w:pgSz w:w="15840" w:h="122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by Room Cleaning Checklist</dc:title>
  <dc:subject>Room by Room Cleaning Checklist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