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Net Worth Calculator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Period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Account or category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Description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Amount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Comparison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Variance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Notes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Reviewed by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