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94560" cy="9217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rel-812F4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9217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sz w:val="70"/>
        </w:rPr>
        <w:t>Certificate of Excellence</w:t>
      </w:r>
    </w:p>
    <w:p>
      <w:pPr>
        <w:spacing w:before="0" w:after="240"/>
        <w:jc w:val="center"/>
      </w:pPr>
      <w:r>
        <w:rPr>
          <w:b w:val="0"/>
          <w:sz w:val="24"/>
        </w:rPr>
        <w:t>Awarded to</w:t>
      </w:r>
    </w:p>
    <w:p>
      <w:pPr>
        <w:spacing w:before="0" w:after="340"/>
        <w:jc w:val="center"/>
      </w:pPr>
      <w:r>
        <w:rPr>
          <w:b/>
          <w:color w:val="812F43"/>
          <w:sz w:val="58"/>
        </w:rPr>
        <w:t>[RECIPIENT FULL NAME]</w:t>
      </w:r>
    </w:p>
    <w:p>
      <w:pPr>
        <w:spacing w:before="0" w:after="280"/>
        <w:jc w:val="center"/>
      </w:pPr>
      <w:r>
        <w:rPr>
          <w:b w:val="0"/>
          <w:sz w:val="34"/>
        </w:rPr>
        <w:t>For excellence in [award category]</w:t>
      </w:r>
    </w:p>
    <w:p>
      <w:pPr>
        <w:spacing w:before="0" w:after="340"/>
        <w:jc w:val="center"/>
      </w:pPr>
      <w:r>
        <w:rPr>
          <w:b w:val="0"/>
          <w:sz w:val="28"/>
        </w:rPr>
        <w:t>[Describe the work, contribution or performance being recognized.]</w:t>
      </w:r>
    </w:p>
    <w:p>
      <w:pPr>
        <w:spacing w:before="0" w:after="400"/>
        <w:jc w:val="center"/>
      </w:pPr>
      <w:r>
        <w:rPr>
          <w:b w:val="0"/>
          <w:sz w:val="22"/>
        </w:rPr>
        <w:t>Achievement period [dates]     Issued by [organization]</w:t>
      </w:r>
    </w:p>
    <w:p>
      <w:pPr>
        <w:spacing w:before="0" w:after="100"/>
        <w:jc w:val="center"/>
      </w:pPr>
      <w:r>
        <w:rPr>
          <w:b w:val="0"/>
          <w:sz w:val="24"/>
        </w:rPr>
        <w:t>[Authorized signature]                       [Date of award]</w:t>
      </w:r>
    </w:p>
    <w:p>
      <w:pPr>
        <w:spacing w:before="0" w:after="160"/>
        <w:jc w:val="center"/>
      </w:pPr>
      <w:r>
        <w:rPr>
          <w:b w:val="0"/>
          <w:sz w:val="20"/>
        </w:rPr>
        <w:t>[Name and role]                       Award reference [ID]</w:t>
      </w:r>
    </w:p>
    <w:sectPr w:rsidR="00FC693F" w:rsidRPr="0006063C" w:rsidSect="00034616">
      <w:pgSz w:w="15840" w:h="12240"/>
      <w:pgMar w:top="936" w:right="1008" w:bottom="936" w:left="1008" w:header="720" w:footer="720" w:gutter="0"/>
      <w:cols w:space="720"/>
      <w:docGrid w:linePitch="360"/>
      <w:pgBorders w:offsetFrom="page">
        <w:top w:val="single" w:sz="7" w:space="24" w:color="812F43"/>
        <w:left w:val="single" w:sz="7" w:space="24" w:color="812F43"/>
        <w:bottom w:val="single" w:sz="7" w:space="24" w:color="812F43"/>
        <w:right w:val="single" w:sz="7" w:space="24" w:color="812F43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mbria" w:hAnsi="Cambri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Cambria" w:hAnsi="Cambria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Excellence</dc:title>
  <dc:subject>A landscape excellence award with a laurel motif and a dedicated citation for the work being recognized. Add the recipient’s name, award category, achievement period and authorized signature. A specific citation makes it more meaningful than a certif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