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Decision and Action Report</w:t>
      </w:r>
    </w:p>
    <w:p>
      <w:r>
        <w:t>[Report subject]  |  [Reporting period]</w:t>
        <w:br/>
        <w:t>Prepared by [name and role] for [reader or team] on [date].</w:t>
      </w:r>
    </w:p>
    <w:p>
      <w:pPr>
        <w:pStyle w:val="Heading1"/>
      </w:pPr>
      <w:r>
        <w:t>Purpose and decision needed</w:t>
      </w:r>
    </w:p>
    <w:p>
      <w:r>
        <w:t>[Explain the question this report answers and the decision the reader needs to make. Define the reporting period, scope and any important exclusions.]</w:t>
      </w:r>
    </w:p>
    <w:p>
      <w:pPr>
        <w:pStyle w:val="Heading1"/>
      </w:pPr>
      <w:r>
        <w:t>Key findings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600"/>
        <w:gridCol w:w="3312"/>
      </w:tblGrid>
      <w:tr>
        <w:tc>
          <w:tcPr>
            <w:tcW w:type="dxa" w:w="3312"/>
            <w:shd w:fill="243F6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</w:rPr>
              <w:t>Finding</w:t>
            </w:r>
          </w:p>
        </w:tc>
        <w:tc>
          <w:tcPr>
            <w:tcW w:type="dxa" w:w="3600"/>
            <w:shd w:fill="243F6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</w:rPr>
              <w:t>Evidence or source</w:t>
            </w:r>
          </w:p>
        </w:tc>
        <w:tc>
          <w:tcPr>
            <w:tcW w:type="dxa" w:w="3312"/>
            <w:shd w:fill="243F6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</w:rPr>
              <w:t>Implication</w:t>
            </w:r>
          </w:p>
        </w:tc>
      </w:tr>
      <w:t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t>[Most important result]</w:t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t>[Measure, date and source]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t>[Effect on the objective]</w:t>
            </w:r>
          </w:p>
        </w:tc>
      </w:tr>
      <w:tr>
        <w:tc>
          <w:tcPr>
            <w:tcW w:type="dxa" w:w="3312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t>[Second result]</w:t>
            </w:r>
          </w:p>
        </w:tc>
        <w:tc>
          <w:tcPr>
            <w:tcW w:type="dxa" w:w="3600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t>[Measure, date and source]</w:t>
            </w:r>
          </w:p>
        </w:tc>
        <w:tc>
          <w:tcPr>
            <w:tcW w:type="dxa" w:w="3312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t>[Why it matters]</w:t>
            </w:r>
          </w:p>
        </w:tc>
      </w:tr>
      <w:t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t>[Third result]</w:t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t>[Measure, date and source]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t>[Risk or opportunity]</w:t>
            </w:r>
          </w:p>
        </w:tc>
      </w:tr>
    </w:tbl>
    <w:p>
      <w:pPr>
        <w:pStyle w:val="Heading1"/>
      </w:pPr>
      <w:r>
        <w:t>Recommendation</w:t>
      </w:r>
    </w:p>
    <w:p>
      <w:r>
        <w:t>[State the proposed decision. Explain why it follows from the findings, the resources it requires and the main tradeoff.]</w:t>
      </w:r>
    </w:p>
    <w:p>
      <w:pPr>
        <w:pStyle w:val="Heading1"/>
      </w:pPr>
      <w:r>
        <w:t>Action plan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744"/>
        <w:gridCol w:w="1872"/>
        <w:gridCol w:w="1584"/>
        <w:gridCol w:w="3024"/>
      </w:tblGrid>
      <w:tr>
        <w:tc>
          <w:tcPr>
            <w:tcW w:type="dxa" w:w="3744"/>
            <w:shd w:fill="243F6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</w:rPr>
              <w:t>Next action</w:t>
            </w:r>
          </w:p>
        </w:tc>
        <w:tc>
          <w:tcPr>
            <w:tcW w:type="dxa" w:w="1872"/>
            <w:shd w:fill="243F6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</w:rPr>
              <w:t>Owner</w:t>
            </w:r>
          </w:p>
        </w:tc>
        <w:tc>
          <w:tcPr>
            <w:tcW w:type="dxa" w:w="1584"/>
            <w:shd w:fill="243F6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</w:rPr>
              <w:t>Due date</w:t>
            </w:r>
          </w:p>
        </w:tc>
        <w:tc>
          <w:tcPr>
            <w:tcW w:type="dxa" w:w="3024"/>
            <w:shd w:fill="243F6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</w:rPr>
              <w:t>Completion evidence</w:t>
            </w:r>
          </w:p>
        </w:tc>
      </w:tr>
      <w:tr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t>[Specific deliverable]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t>[Name]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t>[Date]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t>[How completion is verified]</w:t>
            </w:r>
          </w:p>
        </w:tc>
      </w:tr>
      <w:tr>
        <w:tc>
          <w:tcPr>
            <w:tcW w:type="dxa" w:w="3744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t>[Specific deliverable]</w:t>
            </w:r>
          </w:p>
        </w:tc>
        <w:tc>
          <w:tcPr>
            <w:tcW w:type="dxa" w:w="1872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t>[Name]</w:t>
            </w:r>
          </w:p>
        </w:tc>
        <w:tc>
          <w:tcPr>
            <w:tcW w:type="dxa" w:w="1584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t>[Date]</w:t>
            </w:r>
          </w:p>
        </w:tc>
        <w:tc>
          <w:tcPr>
            <w:tcW w:type="dxa" w:w="3024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t>[How completion is verified]</w:t>
            </w:r>
          </w:p>
        </w:tc>
      </w:tr>
    </w:tbl>
    <w:p>
      <w:pPr>
        <w:pStyle w:val="Heading1"/>
      </w:pPr>
      <w:r>
        <w:t>Limits and follow up</w:t>
      </w:r>
    </w:p>
    <w:p>
      <w:r>
        <w:t>[Identify missing data or assumptions that could change the recommendation.]</w:t>
      </w:r>
    </w:p>
    <w:p>
      <w:r>
        <w:t>Next review [date]  |  Decision recorded by [name]  |  Outcome [approved / revise / deferred]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40" w:lineRule="auto"/>
      <w:contextualSpacing/>
    </w:pPr>
    <w:rPr>
      <w:rFonts w:ascii="Calibri" w:hAnsi="Calibr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Decision and Action Report</dc:title>
  <dc:subject>Report findings with supporting evidence and assigned next steps</dc:subject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