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56"/>
        </w:rPr>
        <w:t>Christmas Gift Planner</w:t>
      </w:r>
    </w:p>
    <w:p>
      <w:pPr>
        <w:spacing w:before="0" w:after="160"/>
      </w:pPr>
      <w:r>
        <w:rPr>
          <w:b w:val="0"/>
        </w:rPr>
        <w:t>Year [year]     Overall budget [amount and currency]     Last order date [date]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72"/>
        <w:gridCol w:w="2952"/>
        <w:gridCol w:w="1296"/>
        <w:gridCol w:w="1152"/>
        <w:gridCol w:w="1728"/>
        <w:gridCol w:w="1224"/>
      </w:tblGrid>
      <w:tr>
        <w:tc>
          <w:tcPr>
            <w:tcW w:type="dxa" w:w="1872"/>
            <w:shd w:fill="3C66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Recipient</w:t>
            </w:r>
          </w:p>
        </w:tc>
        <w:tc>
          <w:tcPr>
            <w:tcW w:type="dxa" w:w="2952"/>
            <w:shd w:fill="3C66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Gift idea</w:t>
            </w:r>
          </w:p>
        </w:tc>
        <w:tc>
          <w:tcPr>
            <w:tcW w:type="dxa" w:w="1296"/>
            <w:shd w:fill="3C66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Budget</w:t>
            </w:r>
          </w:p>
        </w:tc>
        <w:tc>
          <w:tcPr>
            <w:tcW w:type="dxa" w:w="1152"/>
            <w:shd w:fill="3C66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Bought</w:t>
            </w:r>
          </w:p>
        </w:tc>
        <w:tc>
          <w:tcPr>
            <w:tcW w:type="dxa" w:w="1728"/>
            <w:shd w:fill="3C66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Arrives</w:t>
            </w:r>
          </w:p>
        </w:tc>
        <w:tc>
          <w:tcPr>
            <w:tcW w:type="dxa" w:w="1224"/>
            <w:shd w:fill="3C665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Wrapped</w:t>
            </w:r>
          </w:p>
        </w:tc>
      </w:tr>
      <w:t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[Name]</w:t>
            </w:r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[Gift or alternative]</w:t>
            </w:r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[Date]</w:t>
            </w:r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</w:tr>
      <w:tr>
        <w:tc>
          <w:tcPr>
            <w:tcW w:type="dxa" w:w="187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95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15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  <w:tc>
          <w:tcPr>
            <w:tcW w:type="dxa" w:w="172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24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</w:tr>
      <w:t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</w:tr>
      <w:tr>
        <w:tc>
          <w:tcPr>
            <w:tcW w:type="dxa" w:w="187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95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15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  <w:tc>
          <w:tcPr>
            <w:tcW w:type="dxa" w:w="172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24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</w:tr>
      <w:t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</w:tr>
      <w:tr>
        <w:tc>
          <w:tcPr>
            <w:tcW w:type="dxa" w:w="187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95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15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  <w:tc>
          <w:tcPr>
            <w:tcW w:type="dxa" w:w="172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24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</w:tr>
      <w:t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</w:tr>
      <w:tr>
        <w:tc>
          <w:tcPr>
            <w:tcW w:type="dxa" w:w="187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95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15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  <w:tc>
          <w:tcPr>
            <w:tcW w:type="dxa" w:w="172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24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</w:tr>
      <w:tr>
        <w:tc>
          <w:tcPr>
            <w:tcW w:type="dxa" w:w="187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9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  <w:tc>
          <w:tcPr>
            <w:tcW w:type="dxa" w:w="17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2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</w:tr>
      <w:tr>
        <w:tc>
          <w:tcPr>
            <w:tcW w:type="dxa" w:w="187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295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96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152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  <w:tc>
          <w:tcPr>
            <w:tcW w:type="dxa" w:w="1728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/>
          </w:p>
        </w:tc>
        <w:tc>
          <w:tcPr>
            <w:tcW w:type="dxa" w:w="1224"/>
            <w:shd w:fill="F3F5F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60" w:before="60"/>
            </w:pPr>
            <w:r>
              <w:t>[ ]</w:t>
            </w:r>
          </w:p>
        </w:tc>
      </w:tr>
    </w:tbl>
    <w:p>
      <w:pPr>
        <w:pStyle w:val="Heading1"/>
      </w:pPr>
      <w:r>
        <w:t>Budget review</w:t>
      </w:r>
    </w:p>
    <w:p>
      <w:pPr>
        <w:spacing w:before="0" w:after="160"/>
      </w:pPr>
      <w:r>
        <w:rPr>
          <w:b w:val="0"/>
        </w:rPr>
        <w:t>Planned total [amount]     Actual spending [amount]     Amount left [amount]</w:t>
      </w:r>
    </w:p>
    <w:p>
      <w:pPr>
        <w:pStyle w:val="Heading1"/>
      </w:pPr>
      <w:r>
        <w:t>Orders to follow up</w:t>
      </w:r>
    </w:p>
    <w:p>
      <w:pPr>
        <w:spacing w:before="0" w:after="160"/>
      </w:pPr>
      <w:r>
        <w:rPr>
          <w:b w:val="0"/>
        </w:rPr>
        <w:t>[Order reference, seller, missing item and contact date]</w:t>
      </w:r>
    </w:p>
    <w:p>
      <w:pPr>
        <w:pStyle w:val="Heading1"/>
      </w:pPr>
      <w:r>
        <w:t>Before the celebration</w:t>
      </w:r>
    </w:p>
    <w:p>
      <w:pPr>
        <w:spacing w:before="0" w:after="160"/>
      </w:pPr>
      <w:r>
        <w:rPr>
          <w:b w:val="0"/>
        </w:rPr>
        <w:t>[ ] Check deliveries   [ ] Wrap and label   [ ] Add cards   [ ] Arrange collection</w:t>
      </w:r>
    </w:p>
    <w:p>
      <w:pPr>
        <w:spacing w:before="0" w:after="200"/>
      </w:pPr>
      <w:r>
        <w:rPr>
          <w:b w:val="0"/>
        </w:rPr>
        <w:t>Remember next year [sizes, preferences or ideas]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="Calibri" w:hAnsi="Calibr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Christmas Gift Planner</dc:title>
  <dc:subject>Keep Christmas gift ideas, spending limits, purchases and delivery dates together. The planner also includes a wrapping check and a budget review. Fill in totals manually in this printable Word version and keep a separate copy for each year.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