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Bill of Lading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Document number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Customer or payer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Address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Quantity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Rate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Amount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