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743200" cy="11521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rel-254A6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52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sz w:val="64"/>
        </w:rPr>
        <w:t>Certificate of</w:t>
        <w:br/>
        <w:t>Achievement</w:t>
      </w:r>
    </w:p>
    <w:p>
      <w:pPr>
        <w:spacing w:before="0" w:after="360"/>
        <w:jc w:val="center"/>
      </w:pPr>
      <w:r>
        <w:rPr>
          <w:b w:val="0"/>
          <w:sz w:val="24"/>
        </w:rPr>
        <w:t>Presented to</w:t>
      </w:r>
    </w:p>
    <w:p>
      <w:pPr>
        <w:spacing w:before="0" w:after="400"/>
        <w:jc w:val="center"/>
      </w:pPr>
      <w:r>
        <w:rPr>
          <w:b/>
          <w:color w:val="254A69"/>
          <w:sz w:val="56"/>
        </w:rPr>
        <w:t>[RECIPIENT NAME]</w:t>
      </w:r>
    </w:p>
    <w:p>
      <w:pPr>
        <w:spacing w:before="0" w:after="200"/>
        <w:jc w:val="center"/>
      </w:pPr>
      <w:r>
        <w:rPr>
          <w:b w:val="0"/>
          <w:sz w:val="26"/>
        </w:rPr>
        <w:t>For successfully achieving</w:t>
      </w:r>
    </w:p>
    <w:p>
      <w:pPr>
        <w:spacing w:before="0" w:after="360"/>
        <w:jc w:val="center"/>
      </w:pPr>
      <w:r>
        <w:rPr>
          <w:b w:val="0"/>
          <w:sz w:val="38"/>
        </w:rPr>
        <w:t>[Specific milestone or completed project]</w:t>
      </w:r>
    </w:p>
    <w:p>
      <w:pPr>
        <w:spacing w:before="0" w:after="400"/>
        <w:jc w:val="center"/>
      </w:pPr>
      <w:r>
        <w:rPr>
          <w:b w:val="0"/>
          <w:sz w:val="24"/>
        </w:rPr>
        <w:t>[Describe the achievement or standard met in one clear sentence.]</w:t>
      </w:r>
    </w:p>
    <w:p>
      <w:pPr>
        <w:spacing w:before="0" w:after="400"/>
        <w:jc w:val="center"/>
      </w:pPr>
      <w:r>
        <w:rPr>
          <w:b w:val="0"/>
          <w:sz w:val="28"/>
        </w:rPr>
        <w:t>[Program or organization]</w:t>
      </w:r>
    </w:p>
    <w:p>
      <w:pPr>
        <w:spacing w:before="0" w:after="440"/>
        <w:jc w:val="center"/>
      </w:pPr>
      <w:r>
        <w:rPr>
          <w:b w:val="0"/>
          <w:sz w:val="22"/>
        </w:rPr>
        <w:t>Awarded on [date]     Reference [ID]</w:t>
      </w:r>
    </w:p>
    <w:p>
      <w:pPr>
        <w:spacing w:before="0" w:after="160"/>
        <w:jc w:val="center"/>
      </w:pPr>
      <w:r>
        <w:rPr>
          <w:b w:val="0"/>
          <w:sz w:val="24"/>
        </w:rPr>
        <w:t>[Authorized signature]</w:t>
        <w:br/>
        <w:t>[Name and role]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  <w:pgBorders w:offsetFrom="page">
        <w:top w:val="single" w:sz="10" w:space="24" w:color="254A69"/>
        <w:left w:val="single" w:sz="10" w:space="24" w:color="254A69"/>
        <w:bottom w:val="single" w:sz="10" w:space="24" w:color="254A69"/>
        <w:right w:val="single" w:sz="10" w:space="24" w:color="254A69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Achievement</dc:title>
  <dc:subject>This portrait certificate recognizes a specific milestone, completed project or demonstrated achievement. It gives room for the recipient’s name, achievement statement, program and date, with a separate issuer signature. Replace the achievement wordi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