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Wedding Invitation Tracker</w:t>
      </w:r>
    </w:p>
    <w:p>
      <w:pPr>
        <w:jc w:val="center"/>
      </w:pPr>
      <w:r>
        <w:rPr>
          <w:i/>
          <w:color w:val="505050"/>
          <w:sz w:val="18"/>
        </w:rPr>
        <w:t>Addresses, invitation delivery, and follow-up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Couple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Event date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Invitation send date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Reply deadline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rPr>
          <w:cantSplit/>
        </w:trPr>
        <w:tc>
          <w:tcPr>
            <w:tcW w:type="dxa" w:w="3888"/>
            <w:shd w:fill="4A5D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Guest or household</w:t>
            </w:r>
          </w:p>
        </w:tc>
        <w:tc>
          <w:tcPr>
            <w:tcW w:type="dxa" w:w="1728"/>
            <w:shd w:fill="4A5D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Address checked</w:t>
            </w:r>
          </w:p>
        </w:tc>
        <w:tc>
          <w:tcPr>
            <w:tcW w:type="dxa" w:w="1152"/>
            <w:shd w:fill="4A5D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Sent</w:t>
            </w:r>
          </w:p>
        </w:tc>
        <w:tc>
          <w:tcPr>
            <w:tcW w:type="dxa" w:w="1584"/>
            <w:shd w:fill="4A5D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Reply</w:t>
            </w:r>
          </w:p>
        </w:tc>
        <w:tc>
          <w:tcPr>
            <w:tcW w:type="dxa" w:w="1872"/>
            <w:shd w:fill="4A5D23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Thank you sent</w:t>
            </w:r>
          </w:p>
        </w:tc>
      </w:tr>
      <w:tr>
        <w:trPr>
          <w:cantSplit/>
        </w:trP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rPr>
          <w:cantSplit/>
        </w:trPr>
        <w:tc>
          <w:tcPr>
            <w:tcW w:type="dxa" w:w="388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15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8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Follow 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Address issue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Dietary or access note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  <w:tr>
        <w:trPr>
          <w:cantSplit/>
        </w:trPr>
        <w:tc>
          <w:tcPr>
            <w:tcW w:type="dxa" w:w="2880"/>
            <w:shd w:fill="E2F0D9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>
              <w:rPr>
                <w:b/>
              </w:rPr>
              <w:t>Next contact date</w:t>
            </w:r>
          </w:p>
        </w:tc>
        <w:tc>
          <w:tcPr>
            <w:tcW w:type="dxa" w:w="73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r/>
          </w:p>
        </w:tc>
      </w:tr>
    </w:tbl>
    <w:p/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Invitation Tracker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