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Wedding Guest List</w:t>
      </w:r>
    </w:p>
    <w:p>
      <w:pPr>
        <w:jc w:val="center"/>
      </w:pPr>
      <w:r>
        <w:rPr>
          <w:i/>
          <w:color w:val="505050"/>
          <w:sz w:val="18"/>
        </w:rPr>
        <w:t>Invitations, RSVP status, meal choice, and seating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rPr>
          <w:cantSplit/>
        </w:trPr>
        <w:tc>
          <w:tcPr>
            <w:tcW w:type="dxa" w:w="2880"/>
            <w:shd w:fill="FCE4D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Couple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FCE4D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Wedding date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FCE4D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Venue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FCE4D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RSVP deadline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cantSplit/>
        </w:trPr>
        <w:tc>
          <w:tcPr>
            <w:tcW w:type="dxa" w:w="3168"/>
            <w:shd w:fill="8B1E3F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Household or guest</w:t>
            </w:r>
          </w:p>
        </w:tc>
        <w:tc>
          <w:tcPr>
            <w:tcW w:type="dxa" w:w="1008"/>
            <w:shd w:fill="8B1E3F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Invited</w:t>
            </w:r>
          </w:p>
        </w:tc>
        <w:tc>
          <w:tcPr>
            <w:tcW w:type="dxa" w:w="1152"/>
            <w:shd w:fill="8B1E3F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RSVP</w:t>
            </w:r>
          </w:p>
        </w:tc>
        <w:tc>
          <w:tcPr>
            <w:tcW w:type="dxa" w:w="1440"/>
            <w:shd w:fill="8B1E3F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Meal</w:t>
            </w:r>
          </w:p>
        </w:tc>
        <w:tc>
          <w:tcPr>
            <w:tcW w:type="dxa" w:w="1008"/>
            <w:shd w:fill="8B1E3F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Table</w:t>
            </w:r>
          </w:p>
        </w:tc>
        <w:tc>
          <w:tcPr>
            <w:tcW w:type="dxa" w:w="2448"/>
            <w:shd w:fill="8B1E3F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Notes</w:t>
            </w:r>
          </w:p>
        </w:tc>
      </w:tr>
      <w:tr>
        <w:trPr>
          <w:cantSplit/>
        </w:trPr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15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15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15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15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15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15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15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15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</w:tbl>
    <w:p>
      <w:pPr>
        <w:pStyle w:val="Heading1"/>
      </w:pPr>
      <w:r>
        <w:t>Totals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rPr>
          <w:cantSplit/>
        </w:trPr>
        <w:tc>
          <w:tcPr>
            <w:tcW w:type="dxa" w:w="2880"/>
            <w:shd w:fill="FCE4D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Invited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FCE4D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Accepted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FCE4D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Declined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FCE4D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No response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</w:tbl>
    <w:p/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Wedding Guest List</dc:title>
  <dc:subject/>
  <dc:creator>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