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b/>
          <w:color w:val="000000"/>
          <w:sz w:val="40"/>
        </w:rPr>
        <w:t>Vendor Payment Voucher</w:t>
      </w:r>
    </w:p>
    <w:p>
      <w:pPr>
        <w:jc w:val="center"/>
      </w:pPr>
      <w:r>
        <w:rPr>
          <w:rFonts w:ascii="Arial" w:hAnsi="Arial"/>
          <w:color w:val="5A5A5A"/>
          <w:sz w:val="18"/>
        </w:rPr>
        <w:t>For supplier invoices and approved business payments</w:t>
      </w:r>
    </w:p>
    <w:p>
      <w:pPr>
        <w:spacing w:before="140" w:after="60"/>
      </w:pPr>
      <w:r>
        <w:rPr>
          <w:rFonts w:ascii="Arial" w:hAnsi="Arial"/>
          <w:b/>
          <w:color w:val="1F6D4A"/>
          <w:sz w:val="20"/>
        </w:rPr>
        <w:t>Voucher and Vendor Information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Voucher No.: 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Payment Date: ____________________</w:t>
            </w:r>
          </w:p>
        </w:tc>
      </w:tr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Vendor Name: __________________________________________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Vendor ID: ____________________</w:t>
            </w:r>
          </w:p>
        </w:tc>
      </w:tr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Address: ______________________________________________________________________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1F6D4A"/>
          <w:sz w:val="20"/>
        </w:rPr>
        <w:t>Invoice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Invoice No.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Invoice Date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Purchase Order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Due Date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Amount</w:t>
            </w:r>
          </w:p>
        </w:tc>
      </w:tr>
      <w:tr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</w:tr>
      <w:tr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  <w:tc>
          <w:tcPr>
            <w:tcW w:type="dxa" w:w="21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1F6D4A"/>
          <w:sz w:val="20"/>
        </w:rPr>
        <w:t>Payment Summary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Subtotal: 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Tax / Withholding: ____________________</w:t>
            </w:r>
          </w:p>
        </w:tc>
      </w:tr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Adjustments: 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Net Amount Payable: ____________________</w:t>
            </w:r>
          </w:p>
        </w:tc>
      </w:tr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Payment Method:  Cash  /  Cheque  /  Bank Transfer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Reference No.: ____________________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1F6D4A"/>
          <w:sz w:val="20"/>
        </w:rPr>
        <w:t>Approval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552"/>
        <w:gridCol w:w="3552"/>
        <w:gridCol w:w="3552"/>
      </w:tblGrid>
      <w:tr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Prepared By: ____________________</w:t>
            </w:r>
          </w:p>
        </w:tc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Verified By: ____________________</w:t>
            </w:r>
          </w:p>
        </w:tc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Authorized By: ____________________</w:t>
            </w:r>
          </w:p>
        </w:tc>
      </w:tr>
      <w:tr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Vendor / Payee Acknowledgment: ____________________</w:t>
            </w:r>
          </w:p>
        </w:tc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Date: ____________________</w:t>
            </w:r>
          </w:p>
        </w:tc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1F6D4A"/>
          <w:sz w:val="20"/>
        </w:rPr>
        <w:t>Remarks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________________________________________________________________________________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6E6E"/>
        <w:sz w:val="14"/>
      </w:rPr>
      <w:t>VPV  |  Internal payment record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