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Vehicle Appraisal Form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Owner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Appraiser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Make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Model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Year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VIN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Mileage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