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Supplier List Detailed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Supplier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Contact person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Phone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Email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Address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Products or services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Lead time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Payment terms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Minimum order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Rating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Status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Notes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p>
      <w:pPr>
        <w:pStyle w:val="Heading2"/>
      </w:pPr>
      <w:r>
        <w:t>Additional notes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