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Student List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Student ID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Student name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Class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Section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 of birth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Guardian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Phone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Email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