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Student List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Student ID: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Student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Class: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Section: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Date of birth: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Guardian: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Phone: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Email: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Enrollment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Attendance status: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