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Sales Quote</w:t>
      </w:r>
    </w:p>
    <w:p>
      <w:pPr>
        <w:jc w:val="center"/>
      </w:pPr>
      <w:r>
        <w:rPr>
          <w:i/>
          <w:color w:val="505050"/>
          <w:sz w:val="20"/>
        </w:rPr>
        <w:t>Professional customer quotation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532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SELLER</w:t>
            </w:r>
          </w:p>
        </w:tc>
        <w:tc>
          <w:tcPr>
            <w:tcW w:type="dxa" w:w="475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QUOTE DETAILS</w:t>
            </w:r>
          </w:p>
        </w:tc>
      </w:tr>
      <w:tr>
        <w:tc>
          <w:tcPr>
            <w:tcW w:type="dxa" w:w="532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Business Name</w:t>
              <w:br/>
              <w:t>Address</w:t>
              <w:br/>
              <w:t>Phone and email</w:t>
            </w:r>
          </w:p>
        </w:tc>
        <w:tc>
          <w:tcPr>
            <w:tcW w:type="dxa" w:w="475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Quote No: Q-0001</w:t>
              <w:br/>
              <w:t>Date: __________</w:t>
              <w:br/>
              <w:t>Valid Until: 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BILL TO</w:t>
            </w:r>
          </w:p>
        </w:tc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PROJECT OR REQUEST</w:t>
            </w:r>
          </w:p>
        </w:tc>
      </w:tr>
      <w:tr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Customer Name</w:t>
              <w:br/>
              <w:t>Company</w:t>
              <w:br/>
              <w:t>Address</w:t>
              <w:br/>
              <w:t>Email</w:t>
            </w:r>
          </w:p>
        </w:tc>
        <w:tc>
          <w:tcPr>
            <w:tcW w:type="dxa" w:w="504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Reference: __________</w:t>
              <w:br/>
              <w:t>Prepared by: 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Service / Description</w:t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0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SUMMARY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Subtotal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Discount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Tax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79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TOTAL</w:t>
            </w:r>
          </w:p>
        </w:tc>
        <w:tc>
          <w:tcPr>
            <w:tcW w:type="dxa" w:w="20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sz w:val="20"/>
        </w:rPr>
        <w:t>Terms and notes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  <w:sz w:val="20"/>
        </w:rPr>
        <w:t>Customer acceptance</w:t>
      </w:r>
    </w:p>
    <w:p>
      <w:r>
        <w:t>Name: ____________________   Signature: ____________________   Date: 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This quotation is valid until the date shown above.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