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Service Estimate and Quote</w:t>
      </w:r>
    </w:p>
    <w:p>
      <w:pPr>
        <w:jc w:val="center"/>
      </w:pPr>
      <w:r>
        <w:rPr>
          <w:i/>
          <w:color w:val="505050"/>
          <w:sz w:val="18"/>
        </w:rPr>
        <w:t>Scope, labor, materials,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Client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Site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Validity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160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Work item</w:t>
            </w:r>
          </w:p>
        </w:tc>
        <w:tc>
          <w:tcPr>
            <w:tcW w:type="dxa" w:w="388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152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Units</w:t>
            </w:r>
          </w:p>
        </w:tc>
        <w:tc>
          <w:tcPr>
            <w:tcW w:type="dxa" w:w="1440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72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88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Labor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Tax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Estimated 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Accepted by and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Estimate and Quote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