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Semester Credit Planner</w:t>
      </w:r>
    </w:p>
    <w:p>
      <w:pPr>
        <w:jc w:val="center"/>
      </w:pPr>
      <w:r>
        <w:rPr>
          <w:i/>
          <w:color w:val="505050"/>
          <w:sz w:val="18"/>
        </w:rPr>
        <w:t>Course load, prerequisites, and progress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Term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Credit target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Advisor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1728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Course code</w:t>
            </w:r>
          </w:p>
        </w:tc>
        <w:tc>
          <w:tcPr>
            <w:tcW w:type="dxa" w:w="3744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Course title</w:t>
            </w:r>
          </w:p>
        </w:tc>
        <w:tc>
          <w:tcPr>
            <w:tcW w:type="dxa" w:w="1152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Credits</w:t>
            </w:r>
          </w:p>
        </w:tc>
        <w:tc>
          <w:tcPr>
            <w:tcW w:type="dxa" w:w="2160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Prerequisite</w:t>
            </w:r>
          </w:p>
        </w:tc>
        <w:tc>
          <w:tcPr>
            <w:tcW w:type="dxa" w:w="1440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Planning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Schedule conflict check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Registration priority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Advisor notes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Next-term preparation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 Credit Planner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