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Sales Agreement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Seller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Buyer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Effective 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Goods or services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Quantity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Price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Payment terms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Delivery terms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p>
      <w:r>
        <w:rPr>
          <w:b/>
        </w:rPr>
        <w:t xml:space="preserve">Review note: </w:t>
      </w:r>
      <w:r>
        <w:t>Customize this template for the applicable jurisdiction and have important terms reviewed by a qualified professional.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