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Sales Agreement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Seller: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Buyer: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Effective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Goods or services: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Quantity: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Price: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terms: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Delivery terms: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Inspection: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Warranties: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Termination: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