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Restaurant Menu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Restaurant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Menu section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Item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Description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Dietary notes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Price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Add ons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Availability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