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Restaurant Menu Sectioned Worksheet</w:t>
      </w:r>
    </w:p>
    <w:p>
      <w:pPr>
        <w:jc w:val="center"/>
      </w:pPr>
      <w:r>
        <w:t>A section-based alternative with writing lines, check items and a review area.</w:t>
      </w:r>
    </w:p>
    <w:p>
      <w:pPr>
        <w:shd w:fill="D9EAF7"/>
        <w:spacing w:before="160" w:after="120"/>
      </w:pPr>
      <w:r>
        <w:rPr>
          <w:b/>
          <w:sz w:val="24"/>
        </w:rPr>
        <w:t>Basic information</w:t>
      </w:r>
    </w:p>
    <w:p>
      <w:pPr>
        <w:spacing w:after="160"/>
      </w:pPr>
      <w:r>
        <w:rPr>
          <w:b/>
        </w:rPr>
        <w:t xml:space="preserve">Restaurant name: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Menu section: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Item name: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Description: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Details and review</w:t>
      </w:r>
    </w:p>
    <w:p>
      <w:pPr>
        <w:spacing w:after="160"/>
      </w:pPr>
      <w:r>
        <w:rPr>
          <w:b/>
        </w:rPr>
        <w:t xml:space="preserve">Dietary notes: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Price: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Add ons: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Availability: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Completion</w:t>
      </w:r>
    </w:p>
    <w:p>
      <w:pPr>
        <w:spacing w:after="160"/>
      </w:pPr>
      <w:r>
        <w:rPr>
          <w:b/>
        </w:rPr>
        <w:t xml:space="preserve">Chef note: </w:t>
      </w:r>
      <w:r>
        <w:t>______________________________________________________________________</w:t>
      </w:r>
    </w:p>
    <w:p>
      <w:pPr>
        <w:shd w:fill="D9EAF7"/>
      </w:pPr>
      <w:r>
        <w:rPr>
          <w:b/>
        </w:rPr>
        <w:t>Final check</w:t>
      </w:r>
    </w:p>
    <w:p>
      <w:r>
        <w:t>☐ Information reviewed</w:t>
      </w:r>
    </w:p>
    <w:p>
      <w:r>
        <w:t>☐ Supporting records attached</w:t>
      </w:r>
    </w:p>
    <w:p>
      <w:r>
        <w:t>☐ Approval completed</w:t>
      </w:r>
    </w:p>
    <w:p>
      <w:pPr>
        <w:spacing w:after="160"/>
      </w:pPr>
      <w:r>
        <w:rPr>
          <w:b/>
        </w:rPr>
        <w:t xml:space="preserve">Prepared by: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Review date: </w:t>
      </w:r>
      <w: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Alternate sectioned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