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Raffle Ticket Simple Template</w:t>
      </w:r>
    </w:p>
    <w:p>
      <w:pPr>
        <w:jc w:val="center"/>
      </w:pPr>
      <w:r>
        <w:rPr>
          <w:i/>
        </w:rPr>
        <w:t>Editable worksheet for recording complete and accurate information. Replace the sample labels where needed.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Field</w:t>
            </w:r>
          </w:p>
        </w:tc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Information</w:t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Organization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Event name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Drawing date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Drawing time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Venue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Ticket number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Prize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Ticket price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Sample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