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Raffle Ticket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Organization: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Event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Drawing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Drawing time: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Venue: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Ticket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Prize: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Ticket price: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Buyer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Buyer phone: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Seller: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Terms: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