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Project Log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Project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Manager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Reporting period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Log entry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Category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Owner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Priority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