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Aptos Display" w:hAnsi="Aptos Display"/>
          <w:b/>
          <w:color w:val="000000"/>
          <w:sz w:val="48"/>
        </w:rPr>
        <w:t>Sales Quote</w:t>
      </w:r>
    </w:p>
    <w:p>
      <w:pPr>
        <w:jc w:val="center"/>
      </w:pPr>
      <w:r>
        <w:rPr>
          <w:i/>
          <w:color w:val="505050"/>
          <w:sz w:val="20"/>
        </w:rPr>
        <w:t>Professional customer quotation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c>
          <w:tcPr>
            <w:tcW w:type="dxa" w:w="532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1F4E78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SELLER</w:t>
            </w:r>
          </w:p>
        </w:tc>
        <w:tc>
          <w:tcPr>
            <w:tcW w:type="dxa" w:w="4752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1F4E78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QUOTE DETAILS</w:t>
            </w:r>
          </w:p>
        </w:tc>
      </w:tr>
      <w:tr>
        <w:tc>
          <w:tcPr>
            <w:tcW w:type="dxa" w:w="532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  <w:t>Business Name</w:t>
              <w:br/>
              <w:t>Address</w:t>
              <w:br/>
              <w:t>Phone and email</w:t>
            </w:r>
          </w:p>
        </w:tc>
        <w:tc>
          <w:tcPr>
            <w:tcW w:type="dxa" w:w="4752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  <w:t>Quote No: Q-0001</w:t>
              <w:br/>
              <w:t>Date: __________</w:t>
              <w:br/>
              <w:t>Valid Until: 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c>
          <w:tcPr>
            <w:tcW w:type="dxa" w:w="504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1F4E78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BILL TO</w:t>
            </w:r>
          </w:p>
        </w:tc>
        <w:tc>
          <w:tcPr>
            <w:tcW w:type="dxa" w:w="504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1F4E78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PROJECT OR REQUEST</w:t>
            </w:r>
          </w:p>
        </w:tc>
      </w:tr>
      <w:tr>
        <w:tc>
          <w:tcPr>
            <w:tcW w:type="dxa" w:w="504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  <w:t>Customer Name</w:t>
              <w:br/>
              <w:t>Company</w:t>
              <w:br/>
              <w:t>Address</w:t>
              <w:br/>
              <w:t>Email</w:t>
            </w:r>
          </w:p>
        </w:tc>
        <w:tc>
          <w:tcPr>
            <w:tcW w:type="dxa" w:w="504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  <w:t>Reference: __________</w:t>
              <w:br/>
              <w:t>Prepared by: 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592"/>
        <w:gridCol w:w="2592"/>
        <w:gridCol w:w="2592"/>
        <w:gridCol w:w="2592"/>
      </w:tblGrid>
      <w:tr>
        <w:tc>
          <w:tcPr>
            <w:tcW w:type="dxa" w:w="518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1F4E78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Product / Description</w:t>
            </w:r>
          </w:p>
        </w:tc>
        <w:tc>
          <w:tcPr>
            <w:tcW w:type="dxa" w:w="100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1F4E78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Qty</w:t>
            </w:r>
          </w:p>
        </w:tc>
        <w:tc>
          <w:tcPr>
            <w:tcW w:type="dxa" w:w="180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1F4E78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Unit Price</w:t>
            </w:r>
          </w:p>
        </w:tc>
        <w:tc>
          <w:tcPr>
            <w:tcW w:type="dxa" w:w="208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1F4E78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Amount</w:t>
            </w:r>
          </w:p>
        </w:tc>
      </w:tr>
      <w:tr>
        <w:tc>
          <w:tcPr>
            <w:tcW w:type="dxa" w:w="518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</w:r>
          </w:p>
        </w:tc>
        <w:tc>
          <w:tcPr>
            <w:tcW w:type="dxa" w:w="100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  <w:t>1</w:t>
            </w:r>
          </w:p>
        </w:tc>
        <w:tc>
          <w:tcPr>
            <w:tcW w:type="dxa" w:w="180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</w:r>
          </w:p>
        </w:tc>
        <w:tc>
          <w:tcPr>
            <w:tcW w:type="dxa" w:w="208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</w:r>
          </w:p>
        </w:tc>
      </w:tr>
      <w:tr>
        <w:tc>
          <w:tcPr>
            <w:tcW w:type="dxa" w:w="518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3F6F9"/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</w:r>
          </w:p>
        </w:tc>
        <w:tc>
          <w:tcPr>
            <w:tcW w:type="dxa" w:w="100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3F6F9"/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  <w:t>1</w:t>
            </w:r>
          </w:p>
        </w:tc>
        <w:tc>
          <w:tcPr>
            <w:tcW w:type="dxa" w:w="180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3F6F9"/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</w:r>
          </w:p>
        </w:tc>
        <w:tc>
          <w:tcPr>
            <w:tcW w:type="dxa" w:w="208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3F6F9"/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</w:r>
          </w:p>
        </w:tc>
      </w:tr>
      <w:tr>
        <w:tc>
          <w:tcPr>
            <w:tcW w:type="dxa" w:w="518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</w:r>
          </w:p>
        </w:tc>
        <w:tc>
          <w:tcPr>
            <w:tcW w:type="dxa" w:w="100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  <w:t>1</w:t>
            </w:r>
          </w:p>
        </w:tc>
        <w:tc>
          <w:tcPr>
            <w:tcW w:type="dxa" w:w="180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</w:r>
          </w:p>
        </w:tc>
        <w:tc>
          <w:tcPr>
            <w:tcW w:type="dxa" w:w="208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</w:r>
          </w:p>
        </w:tc>
      </w:tr>
      <w:tr>
        <w:tc>
          <w:tcPr>
            <w:tcW w:type="dxa" w:w="518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3F6F9"/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</w:r>
          </w:p>
        </w:tc>
        <w:tc>
          <w:tcPr>
            <w:tcW w:type="dxa" w:w="100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3F6F9"/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  <w:t>1</w:t>
            </w:r>
          </w:p>
        </w:tc>
        <w:tc>
          <w:tcPr>
            <w:tcW w:type="dxa" w:w="180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3F6F9"/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</w:r>
          </w:p>
        </w:tc>
        <w:tc>
          <w:tcPr>
            <w:tcW w:type="dxa" w:w="208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3F6F9"/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c>
          <w:tcPr>
            <w:tcW w:type="dxa" w:w="7992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1F4E78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SUMMARY</w:t>
            </w:r>
          </w:p>
        </w:tc>
        <w:tc>
          <w:tcPr>
            <w:tcW w:type="dxa" w:w="208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1F4E78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AMOUNT</w:t>
            </w:r>
          </w:p>
        </w:tc>
      </w:tr>
      <w:tr>
        <w:tc>
          <w:tcPr>
            <w:tcW w:type="dxa" w:w="7992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  <w:t>Subtotal</w:t>
            </w:r>
          </w:p>
        </w:tc>
        <w:tc>
          <w:tcPr>
            <w:tcW w:type="dxa" w:w="208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</w:r>
          </w:p>
        </w:tc>
      </w:tr>
      <w:tr>
        <w:tc>
          <w:tcPr>
            <w:tcW w:type="dxa" w:w="7992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3F6F9"/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  <w:t>Discount</w:t>
            </w:r>
          </w:p>
        </w:tc>
        <w:tc>
          <w:tcPr>
            <w:tcW w:type="dxa" w:w="208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3F6F9"/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</w:r>
          </w:p>
        </w:tc>
      </w:tr>
      <w:tr>
        <w:tc>
          <w:tcPr>
            <w:tcW w:type="dxa" w:w="7992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  <w:t>Tax</w:t>
            </w:r>
          </w:p>
        </w:tc>
        <w:tc>
          <w:tcPr>
            <w:tcW w:type="dxa" w:w="208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</w:r>
          </w:p>
        </w:tc>
      </w:tr>
      <w:tr>
        <w:tc>
          <w:tcPr>
            <w:tcW w:type="dxa" w:w="7992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3F6F9"/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  <w:t>TOTAL</w:t>
            </w:r>
          </w:p>
        </w:tc>
        <w:tc>
          <w:tcPr>
            <w:tcW w:type="dxa" w:w="208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3F6F9"/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</w:r>
          </w:p>
        </w:tc>
      </w:tr>
    </w:tbl>
    <w:p>
      <w:pPr>
        <w:spacing w:before="120" w:after="40"/>
      </w:pPr>
      <w:r>
        <w:rPr>
          <w:b/>
          <w:sz w:val="20"/>
        </w:rPr>
        <w:t>Terms and notes</w:t>
      </w:r>
    </w:p>
    <w:p>
      <w:pPr>
        <w:spacing w:after="80"/>
      </w:pPr>
      <w:r>
        <w:rPr>
          <w:color w:val="787878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color w:val="787878"/>
          <w:sz w:val="18"/>
        </w:rPr>
        <w:t>________________________________________________________________________________</w:t>
      </w:r>
    </w:p>
    <w:p>
      <w:pPr>
        <w:spacing w:before="120" w:after="40"/>
      </w:pPr>
      <w:r>
        <w:rPr>
          <w:b/>
          <w:sz w:val="20"/>
        </w:rPr>
        <w:t>Customer acceptance</w:t>
      </w:r>
    </w:p>
    <w:p>
      <w:r>
        <w:t>Name: ____________________   Signature: ____________________   Date: __________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6464"/>
        <w:sz w:val="16"/>
      </w:rPr>
      <w:t>This quotation is valid until the date shown above.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91919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