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Prayer List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Name or request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 added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Prayer category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Request details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Priority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Follow up 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Update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Answered 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