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Memo Invoice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Company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Customer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Memo number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Invoice reference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Subject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Description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Quantity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