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Meeting Minutes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Organization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Meeting title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Time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Location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Chair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Attendees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Agenda item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