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Letter of Transmittal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Sender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Recipient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Subject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Project reference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Documents transmitted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Purpose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Required action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