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Bill Receipt</w:t>
      </w:r>
    </w:p>
    <w:p>
      <w:pPr>
        <w:jc w:val="center"/>
      </w:pPr>
      <w:r>
        <w:rPr>
          <w:i/>
          <w:color w:val="505050"/>
          <w:sz w:val="20"/>
        </w:rPr>
        <w:t>Proof of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BUSINESS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RECEIPT</w:t>
            </w:r>
          </w:p>
        </w:tc>
      </w:tr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Business Name</w:t>
              <w:br/>
              <w:t>Address</w:t>
              <w:br/>
              <w:t>Phone and email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Receipt No: __________</w:t>
              <w:br/>
              <w:t>Date: __________</w:t>
              <w:br/>
              <w:t>Payment Method: __________</w:t>
            </w:r>
          </w:p>
        </w:tc>
      </w:tr>
    </w:tbl>
    <w:p>
      <w:pPr>
        <w:spacing w:before="120" w:after="40"/>
      </w:pPr>
      <w:r>
        <w:rPr>
          <w:b/>
          <w:sz w:val="20"/>
        </w:rPr>
        <w:t>Received from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87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Price</w:t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374151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7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7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100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1</w:t>
            </w:r>
          </w:p>
        </w:tc>
        <w:tc>
          <w:tcPr>
            <w:tcW w:type="dxa" w:w="187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806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Subtotal</w:t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806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Tax</w:t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806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Total Paid</w:t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F3F6F9"/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  <w:tr>
        <w:tc>
          <w:tcPr>
            <w:tcW w:type="dxa" w:w="8064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Balance Due</w:t>
            </w:r>
          </w:p>
        </w:tc>
        <w:tc>
          <w:tcPr>
            <w:tcW w:type="dxa" w:w="201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</w:r>
          </w:p>
        </w:tc>
      </w:tr>
    </w:tbl>
    <w:p>
      <w:r>
        <w:t>Payment status:  ☐ Paid in full   ☐ Partial payment   ☐ Other: __________</w:t>
      </w:r>
    </w:p>
    <w:p>
      <w:r>
        <w:t>Authorized by: ____________________   Signature: 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Keep a copy with the related invoice or transaction record.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