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Invoice Receipt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Seller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Customer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Receipt number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Invoice number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Payment 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Payment method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Description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Subtotal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