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Event Ticket</w:t>
      </w:r>
    </w:p>
    <w:p>
      <w:pPr>
        <w:jc w:val="center"/>
      </w:pPr>
      <w:r>
        <w:rPr>
          <w:i/>
          <w:color w:val="505050"/>
          <w:sz w:val="20"/>
        </w:rPr>
        <w:t>Editable admission ticket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76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B4530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COMMUNITY FUNDRAISER</w:t>
            </w:r>
          </w:p>
        </w:tc>
        <w:tc>
          <w:tcPr>
            <w:tcW w:type="dxa" w:w="24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B4530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ADMIT ONE</w:t>
            </w:r>
          </w:p>
        </w:tc>
      </w:tr>
      <w:tr>
        <w:tc>
          <w:tcPr>
            <w:tcW w:type="dxa" w:w="76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EVENT NAME</w:t>
            </w:r>
          </w:p>
        </w:tc>
        <w:tc>
          <w:tcPr>
            <w:tcW w:type="dxa" w:w="24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TICKET NO: 0001</w:t>
            </w:r>
          </w:p>
        </w:tc>
      </w:tr>
    </w:tbl>
    <w:p>
      <w:r>
        <w:t>DATE  ____________________      TIME  ____________________</w:t>
      </w:r>
    </w:p>
    <w:p>
      <w:r>
        <w:t>VENUE  __________________________________________________________</w:t>
      </w:r>
    </w:p>
    <w:p>
      <w:r>
        <w:t>ADDRESS  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61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B4530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ATTENDEE</w:t>
            </w:r>
          </w:p>
        </w:tc>
        <w:tc>
          <w:tcPr>
            <w:tcW w:type="dxa" w:w="38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B4530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SECTION / SEAT</w:t>
            </w:r>
          </w:p>
        </w:tc>
      </w:tr>
      <w:tr>
        <w:tc>
          <w:tcPr>
            <w:tcW w:type="dxa" w:w="61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Name: ____________________</w:t>
            </w:r>
          </w:p>
        </w:tc>
        <w:tc>
          <w:tcPr>
            <w:tcW w:type="dxa" w:w="38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Section: ______  Seat: ______</w:t>
            </w:r>
          </w:p>
        </w:tc>
      </w:tr>
    </w:tbl>
    <w:p>
      <w:r>
        <w:t>Ticket Type:  ☐ General Admission   ☐ VIP   ☐ Reserved   ☐ Complimentary</w:t>
      </w:r>
    </w:p>
    <w:p>
      <w:r>
        <w:t>Price: __________     Order or Reference No: ____________________</w:t>
      </w:r>
    </w:p>
    <w:p>
      <w:pPr>
        <w:spacing w:before="120" w:after="40"/>
      </w:pPr>
      <w:r>
        <w:rPr>
          <w:b/>
          <w:sz w:val="20"/>
        </w:rPr>
        <w:t>Entry information</w:t>
      </w:r>
    </w:p>
    <w:p>
      <w:r>
        <w:t>Present this ticket at the entrance. Admission is subject to venue rules and event terms. Keep the ticket until the event ends.</w:t>
      </w:r>
    </w:p>
    <w:p>
      <w:r>
        <w:br/>
        <w:t>DETACH HERE  - - - - - - - - - - - - - - - - - - - - - - - - - - - - - - -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76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B4530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EVENT NAME</w:t>
            </w:r>
          </w:p>
        </w:tc>
        <w:tc>
          <w:tcPr>
            <w:tcW w:type="dxa" w:w="24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B4530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TICKET NO</w:t>
            </w:r>
          </w:p>
        </w:tc>
      </w:tr>
      <w:tr>
        <w:tc>
          <w:tcPr>
            <w:tcW w:type="dxa" w:w="76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Date: __________  Time: __________</w:t>
            </w:r>
          </w:p>
        </w:tc>
        <w:tc>
          <w:tcPr>
            <w:tcW w:type="dxa" w:w="24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0001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Customize the event details, numbering, pricing, and entry terms before printing.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