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Experiment Report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Student or researcher: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Experiment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Objective: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Hypothesis: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Materials: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Method: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Observations: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Results: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Analysis: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Conclusion: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Safety notes: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