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Employment Verification Form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Employee name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Employer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Job title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Employment start date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Employment end 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Employment status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Hours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Income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p>
      <w:r>
        <w:rPr>
          <w:b/>
        </w:rPr>
        <w:t xml:space="preserve">Review note: </w:t>
      </w:r>
      <w:r>
        <w:t>Customize this template for the applicable jurisdiction and have important terms reviewed by a qualified professional.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