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Employment Verification Form Sectioned Worksheet</w:t>
      </w:r>
    </w:p>
    <w:p>
      <w:pPr>
        <w:jc w:val="center"/>
      </w:pPr>
      <w:r>
        <w:t>A section-based alternative with writing lines, check items and a review area.</w:t>
      </w:r>
    </w:p>
    <w:p>
      <w:pPr>
        <w:shd w:fill="D9EAF7"/>
        <w:spacing w:before="160" w:after="120"/>
      </w:pPr>
      <w:r>
        <w:rPr>
          <w:b/>
          <w:sz w:val="24"/>
        </w:rPr>
        <w:t>Basic information</w:t>
      </w:r>
    </w:p>
    <w:p>
      <w:pPr>
        <w:spacing w:after="160"/>
      </w:pPr>
      <w:r>
        <w:rPr>
          <w:b/>
        </w:rPr>
        <w:t xml:space="preserve">Employee name: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Employer: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Job title: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Employment start date: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Details and review</w:t>
      </w:r>
    </w:p>
    <w:p>
      <w:pPr>
        <w:spacing w:after="160"/>
      </w:pPr>
      <w:r>
        <w:rPr>
          <w:b/>
        </w:rPr>
        <w:t xml:space="preserve">Employment end date: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Employment status: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Hours: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Income: </w:t>
      </w:r>
      <w:r>
        <w:t>______________________________________________________________________</w:t>
      </w:r>
    </w:p>
    <w:p>
      <w:pPr>
        <w:shd w:fill="D9EAF7"/>
        <w:spacing w:before="160" w:after="120"/>
      </w:pPr>
      <w:r>
        <w:rPr>
          <w:b/>
          <w:sz w:val="24"/>
        </w:rPr>
        <w:t>Completion</w:t>
      </w:r>
    </w:p>
    <w:p>
      <w:pPr>
        <w:spacing w:after="160"/>
      </w:pPr>
      <w:r>
        <w:rPr>
          <w:b/>
        </w:rPr>
        <w:t xml:space="preserve">Verifier name: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Verifier contact: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Authorization: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Date: </w:t>
      </w:r>
      <w:r>
        <w:t>______________________________________________________________________</w:t>
      </w:r>
    </w:p>
    <w:p>
      <w:pPr>
        <w:shd w:fill="D9EAF7"/>
      </w:pPr>
      <w:r>
        <w:rPr>
          <w:b/>
        </w:rPr>
        <w:t>Final check</w:t>
      </w:r>
    </w:p>
    <w:p>
      <w:r>
        <w:t>☐ Information reviewed</w:t>
      </w:r>
    </w:p>
    <w:p>
      <w:r>
        <w:t>☐ Supporting records attached</w:t>
      </w:r>
    </w:p>
    <w:p>
      <w:r>
        <w:t>☐ Approval completed</w:t>
      </w:r>
    </w:p>
    <w:p>
      <w:pPr>
        <w:spacing w:after="160"/>
      </w:pPr>
      <w:r>
        <w:rPr>
          <w:b/>
        </w:rPr>
        <w:t xml:space="preserve">Prepared by: </w:t>
      </w:r>
      <w:r>
        <w:t>______________________________________________________________________</w:t>
      </w:r>
    </w:p>
    <w:p>
      <w:pPr>
        <w:spacing w:after="160"/>
      </w:pPr>
      <w:r>
        <w:rPr>
          <w:b/>
        </w:rPr>
        <w:t xml:space="preserve">Review date: </w:t>
      </w:r>
      <w:r>
        <w:t>______________________________________________________________________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1008" w:bottom="792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Alternate sectioned template - verify all information before use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