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Donation Form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Donor name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Email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Phone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Address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Donation amount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Payment method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Campaign or purpose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Anonymous donation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