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Donation Form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Donor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Email: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Phone: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Address: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Donation amount: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Payment method: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Campaign or purpose: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Anonymous donation: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Comments: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Signature: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