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8"/>
        </w:rPr>
        <w:t>Medical Certificate</w:t>
      </w:r>
    </w:p>
    <w:p>
      <w:pPr>
        <w:jc w:val="center"/>
      </w:pPr>
      <w:r>
        <w:rPr>
          <w:i/>
          <w:color w:val="505050"/>
          <w:sz w:val="20"/>
        </w:rPr>
        <w:t>To be completed by a licensed medical professional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60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HEALTHCARE PROVIDER</w:t>
            </w:r>
          </w:p>
        </w:tc>
        <w:tc>
          <w:tcPr>
            <w:tcW w:type="dxa" w:w="40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0F766E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CERTIFICATE DETAILS</w:t>
            </w:r>
          </w:p>
        </w:tc>
      </w:tr>
      <w:tr>
        <w:tc>
          <w:tcPr>
            <w:tcW w:type="dxa" w:w="60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Clinic or Hospital</w:t>
              <w:br/>
              <w:t>Address</w:t>
              <w:br/>
              <w:t>Phone and email</w:t>
            </w:r>
          </w:p>
        </w:tc>
        <w:tc>
          <w:tcPr>
            <w:tcW w:type="dxa" w:w="40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Certificate No: __________</w:t>
              <w:br/>
              <w:t>Issue Date: __________</w:t>
            </w:r>
          </w:p>
        </w:tc>
      </w:tr>
    </w:tbl>
    <w:p>
      <w:pPr>
        <w:spacing w:before="120" w:after="40"/>
      </w:pPr>
      <w:r>
        <w:rPr>
          <w:b/>
          <w:sz w:val="20"/>
        </w:rPr>
        <w:t>Patient information</w:t>
      </w:r>
    </w:p>
    <w:p>
      <w:r>
        <w:t>Full Name: ______________________________   Date of Birth: __________</w:t>
      </w:r>
    </w:p>
    <w:p>
      <w:r>
        <w:t>Identification or Record No: ______________________________</w:t>
      </w:r>
    </w:p>
    <w:p>
      <w:pPr>
        <w:spacing w:before="120" w:after="40"/>
      </w:pPr>
      <w:r>
        <w:rPr>
          <w:b/>
          <w:sz w:val="20"/>
        </w:rPr>
        <w:t>Clinical statement</w:t>
      </w:r>
    </w:p>
    <w:p>
      <w:r>
        <w:t>I examined the patient on __________. Based on my professional assessment, the patient is:</w:t>
      </w:r>
    </w:p>
    <w:p>
      <w:r>
        <w:t>☐ Fit for work or study   ☐ Unfit for work or study   ☐ Fit with restrictions</w:t>
      </w:r>
    </w:p>
    <w:p>
      <w:r>
        <w:t>Recommended absence or restriction period: From __________ to __________</w:t>
      </w:r>
    </w:p>
    <w:p>
      <w:r>
        <w:t>Restrictions or accommodations (include only information necessary for the stated purpose):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  <w:sz w:val="20"/>
        </w:rPr>
        <w:t>Provider certification</w:t>
      </w:r>
    </w:p>
    <w:p>
      <w:r>
        <w:t>Provider Name: ____________________   Registration No: ____________________</w:t>
      </w:r>
    </w:p>
    <w:p>
      <w:r>
        <w:t>Signature: ____________________   Official Stamp: 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Medical information should be limited to what is necessary and released with proper authorization.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