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Cover Letter Template</w:t>
      </w:r>
    </w:p>
    <w:p>
      <w:pPr>
        <w:jc w:val="center"/>
      </w:pPr>
      <w:r>
        <w:rPr>
          <w:i/>
          <w:color w:val="505050"/>
          <w:sz w:val="20"/>
        </w:rPr>
        <w:t>Editable job application letter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489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7365D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APPLICANT</w:t>
            </w:r>
          </w:p>
        </w:tc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7365D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CONTACT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Your Name</w:t>
            </w:r>
          </w:p>
        </w:tc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Phone  |  Email  |  City</w:t>
            </w:r>
          </w:p>
        </w:tc>
      </w:tr>
    </w:tbl>
    <w:p>
      <w:r>
        <w:t>Date: ____________________</w:t>
      </w:r>
    </w:p>
    <w:p>
      <w:r>
        <w:t>Hiring Manager</w:t>
        <w:br/>
        <w:t>Company Name</w:t>
        <w:br/>
        <w:t>Company Address</w:t>
      </w:r>
    </w:p>
    <w:p>
      <w:r>
        <w:t>Dear Hiring Manager,</w:t>
      </w:r>
    </w:p>
    <w:p>
      <w:r>
        <w:t>I am applying for the [Position Title] role at [Company Name]. My background in [field or specialty], combined with experience in [relevant skill], would allow me to contribute to [specific team goal or business need].</w:t>
      </w:r>
    </w:p>
    <w:p>
      <w:r>
        <w:t>In my recent role at [Organization], I [describe one relevant responsibility or achievement]. This work resulted in [measurable result]. I also developed strength in [second skill], which matches your requirement for [job requirement].</w:t>
      </w:r>
    </w:p>
    <w:p>
      <w:r>
        <w:t>I am particularly interested in this opportunity because [specific reason connected to the organization]. I would welcome the chance to discuss how my experience can support your team.</w:t>
      </w:r>
    </w:p>
    <w:p>
      <w:r>
        <w:t>Sincerely,</w:t>
        <w:br/>
        <w:t>Your Name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Replace bracketed prompts with specific evidence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