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Conference Program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Conference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Venue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Session time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Session title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Speaker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Room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Session type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